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2B88EE1" w:rsidP="3ABB7BD5" w:rsidRDefault="42B88EE1" w14:paraId="6222DA61" w14:textId="44F81E27">
      <w:pPr>
        <w:rPr>
          <w:b w:val="1"/>
          <w:bCs w:val="1"/>
          <w:sz w:val="28"/>
          <w:szCs w:val="28"/>
        </w:rPr>
      </w:pPr>
      <w:r w:rsidRPr="0801B811" w:rsidR="2390752B">
        <w:rPr>
          <w:b w:val="1"/>
          <w:bCs w:val="1"/>
          <w:sz w:val="28"/>
          <w:szCs w:val="28"/>
        </w:rPr>
        <w:t>Styrelsemöte</w:t>
      </w:r>
      <w:r w:rsidRPr="0801B811" w:rsidR="2390752B">
        <w:rPr>
          <w:b w:val="1"/>
          <w:bCs w:val="1"/>
          <w:sz w:val="28"/>
          <w:szCs w:val="28"/>
        </w:rPr>
        <w:t xml:space="preserve"> 2026-10-0</w:t>
      </w:r>
      <w:r w:rsidRPr="0801B811" w:rsidR="2390752B">
        <w:rPr>
          <w:b w:val="1"/>
          <w:bCs w:val="1"/>
          <w:sz w:val="28"/>
          <w:szCs w:val="28"/>
        </w:rPr>
        <w:t xml:space="preserve">9 </w:t>
      </w:r>
    </w:p>
    <w:p w:rsidR="2390752B" w:rsidRDefault="2390752B" w14:paraId="7FD2C960" w14:textId="708D034E">
      <w:r w:rsidR="2390752B">
        <w:rPr/>
        <w:t xml:space="preserve">Plats: </w:t>
      </w:r>
      <w:r w:rsidR="2390752B">
        <w:rPr/>
        <w:t>digitalt</w:t>
      </w:r>
      <w:r w:rsidR="05409CDA">
        <w:rPr/>
        <w:t xml:space="preserve"> </w:t>
      </w:r>
      <w:r w:rsidR="06AB03B6">
        <w:rPr/>
        <w:t xml:space="preserve">, </w:t>
      </w:r>
      <w:r w:rsidR="05409CDA">
        <w:rPr/>
        <w:t>samtliga i styrelsen är närvarande</w:t>
      </w:r>
    </w:p>
    <w:p w:rsidR="2390752B" w:rsidP="3ABB7BD5" w:rsidRDefault="2390752B" w14:paraId="50A319D1" w14:textId="737A6691">
      <w:pPr>
        <w:jc w:val="center"/>
      </w:pPr>
      <w:r w:rsidRPr="3ABB7BD5" w:rsidR="2390752B">
        <w:rPr>
          <w:b w:val="1"/>
          <w:bCs w:val="1"/>
          <w:sz w:val="32"/>
          <w:szCs w:val="32"/>
        </w:rPr>
        <w:t>Agenda</w:t>
      </w:r>
    </w:p>
    <w:p w:rsidR="48BB9672" w:rsidP="0801B811" w:rsidRDefault="48BB9672" w14:paraId="5712E854" w14:textId="5F547A97">
      <w:pPr>
        <w:jc w:val="left"/>
        <w:rPr>
          <w:b w:val="0"/>
          <w:bCs w:val="0"/>
          <w:sz w:val="24"/>
          <w:szCs w:val="24"/>
        </w:rPr>
      </w:pPr>
      <w:r w:rsidRPr="0801B811" w:rsidR="48BB9672">
        <w:rPr>
          <w:b w:val="0"/>
          <w:bCs w:val="0"/>
          <w:sz w:val="24"/>
          <w:szCs w:val="24"/>
        </w:rPr>
        <w:t xml:space="preserve">§1 </w:t>
      </w:r>
      <w:r>
        <w:tab/>
      </w:r>
      <w:r w:rsidRPr="0801B811" w:rsidR="17606A32">
        <w:rPr>
          <w:b w:val="0"/>
          <w:bCs w:val="0"/>
          <w:sz w:val="24"/>
          <w:szCs w:val="24"/>
        </w:rPr>
        <w:t>Mötets</w:t>
      </w:r>
      <w:r w:rsidRPr="0801B811" w:rsidR="17606A32">
        <w:rPr>
          <w:b w:val="0"/>
          <w:bCs w:val="0"/>
          <w:sz w:val="24"/>
          <w:szCs w:val="24"/>
        </w:rPr>
        <w:t xml:space="preserve"> </w:t>
      </w:r>
      <w:r w:rsidRPr="0801B811" w:rsidR="17606A32">
        <w:rPr>
          <w:b w:val="0"/>
          <w:bCs w:val="0"/>
          <w:sz w:val="24"/>
          <w:szCs w:val="24"/>
        </w:rPr>
        <w:t>öppnande</w:t>
      </w:r>
      <w:r w:rsidRPr="0801B811" w:rsidR="3D7678A4">
        <w:rPr>
          <w:b w:val="0"/>
          <w:bCs w:val="0"/>
          <w:sz w:val="24"/>
          <w:szCs w:val="24"/>
        </w:rPr>
        <w:t xml:space="preserve">/ Hej och </w:t>
      </w:r>
      <w:r w:rsidRPr="0801B811" w:rsidR="3D7678A4">
        <w:rPr>
          <w:b w:val="0"/>
          <w:bCs w:val="0"/>
          <w:sz w:val="24"/>
          <w:szCs w:val="24"/>
        </w:rPr>
        <w:t>välkomna</w:t>
      </w:r>
      <w:r w:rsidRPr="0801B811" w:rsidR="7E2A92E3">
        <w:rPr>
          <w:b w:val="0"/>
          <w:bCs w:val="0"/>
          <w:sz w:val="24"/>
          <w:szCs w:val="24"/>
        </w:rPr>
        <w:t>.</w:t>
      </w:r>
    </w:p>
    <w:p w:rsidR="17606A32" w:rsidP="0801B811" w:rsidRDefault="17606A32" w14:paraId="0760FB45" w14:textId="40C256A8">
      <w:pPr>
        <w:jc w:val="left"/>
        <w:rPr>
          <w:b w:val="0"/>
          <w:bCs w:val="0"/>
          <w:sz w:val="24"/>
          <w:szCs w:val="24"/>
        </w:rPr>
      </w:pPr>
      <w:r w:rsidRPr="0801B811" w:rsidR="17606A32">
        <w:rPr>
          <w:b w:val="0"/>
          <w:bCs w:val="0"/>
          <w:sz w:val="24"/>
          <w:szCs w:val="24"/>
        </w:rPr>
        <w:t xml:space="preserve">§2 </w:t>
      </w:r>
      <w:r>
        <w:tab/>
      </w:r>
      <w:r w:rsidRPr="0801B811" w:rsidR="17606A32">
        <w:rPr>
          <w:b w:val="0"/>
          <w:bCs w:val="0"/>
          <w:sz w:val="24"/>
          <w:szCs w:val="24"/>
        </w:rPr>
        <w:t xml:space="preserve">Val av </w:t>
      </w:r>
      <w:r w:rsidRPr="0801B811" w:rsidR="17606A32">
        <w:rPr>
          <w:b w:val="0"/>
          <w:bCs w:val="0"/>
          <w:sz w:val="24"/>
          <w:szCs w:val="24"/>
        </w:rPr>
        <w:t>justerare</w:t>
      </w:r>
      <w:r w:rsidRPr="0801B811" w:rsidR="17606A32">
        <w:rPr>
          <w:b w:val="0"/>
          <w:bCs w:val="0"/>
          <w:sz w:val="24"/>
          <w:szCs w:val="24"/>
        </w:rPr>
        <w:t xml:space="preserve"> </w:t>
      </w:r>
      <w:r w:rsidRPr="0801B811" w:rsidR="10408BCD">
        <w:rPr>
          <w:b w:val="0"/>
          <w:bCs w:val="0"/>
          <w:sz w:val="24"/>
          <w:szCs w:val="24"/>
        </w:rPr>
        <w:t>, Ayseg</w:t>
      </w:r>
      <w:r w:rsidRPr="0801B811" w:rsidR="7484FF7A">
        <w:rPr>
          <w:b w:val="0"/>
          <w:bCs w:val="0"/>
          <w:sz w:val="24"/>
          <w:szCs w:val="24"/>
        </w:rPr>
        <w:t xml:space="preserve">ül </w:t>
      </w:r>
      <w:r w:rsidRPr="0801B811" w:rsidR="7484FF7A">
        <w:rPr>
          <w:b w:val="0"/>
          <w:bCs w:val="0"/>
          <w:sz w:val="24"/>
          <w:szCs w:val="24"/>
        </w:rPr>
        <w:t>erbjuder</w:t>
      </w:r>
      <w:r w:rsidRPr="0801B811" w:rsidR="7484FF7A">
        <w:rPr>
          <w:b w:val="0"/>
          <w:bCs w:val="0"/>
          <w:sz w:val="24"/>
          <w:szCs w:val="24"/>
        </w:rPr>
        <w:t xml:space="preserve"> sig </w:t>
      </w:r>
      <w:r w:rsidRPr="0801B811" w:rsidR="1666324A">
        <w:rPr>
          <w:b w:val="0"/>
          <w:bCs w:val="0"/>
          <w:sz w:val="24"/>
          <w:szCs w:val="24"/>
        </w:rPr>
        <w:t>att</w:t>
      </w:r>
      <w:r w:rsidRPr="0801B811" w:rsidR="1666324A">
        <w:rPr>
          <w:b w:val="0"/>
          <w:bCs w:val="0"/>
          <w:sz w:val="24"/>
          <w:szCs w:val="24"/>
        </w:rPr>
        <w:t xml:space="preserve"> </w:t>
      </w:r>
      <w:r w:rsidRPr="0801B811" w:rsidR="1666324A">
        <w:rPr>
          <w:b w:val="0"/>
          <w:bCs w:val="0"/>
          <w:sz w:val="24"/>
          <w:szCs w:val="24"/>
        </w:rPr>
        <w:t>justera</w:t>
      </w:r>
      <w:r w:rsidRPr="0801B811" w:rsidR="1666324A">
        <w:rPr>
          <w:b w:val="0"/>
          <w:bCs w:val="0"/>
          <w:sz w:val="24"/>
          <w:szCs w:val="24"/>
        </w:rPr>
        <w:t xml:space="preserve"> </w:t>
      </w:r>
      <w:r w:rsidRPr="0801B811" w:rsidR="1666324A">
        <w:rPr>
          <w:b w:val="0"/>
          <w:bCs w:val="0"/>
          <w:sz w:val="24"/>
          <w:szCs w:val="24"/>
        </w:rPr>
        <w:t>dagens</w:t>
      </w:r>
      <w:r w:rsidRPr="0801B811" w:rsidR="1666324A">
        <w:rPr>
          <w:b w:val="0"/>
          <w:bCs w:val="0"/>
          <w:sz w:val="24"/>
          <w:szCs w:val="24"/>
        </w:rPr>
        <w:t xml:space="preserve"> protokoll</w:t>
      </w:r>
    </w:p>
    <w:p w:rsidR="17606A32" w:rsidP="3ABB7BD5" w:rsidRDefault="17606A32" w14:paraId="3DF7C6C6" w14:textId="114E670D">
      <w:pPr>
        <w:jc w:val="left"/>
      </w:pPr>
      <w:r w:rsidRPr="05413FEA" w:rsidR="17606A32">
        <w:rPr>
          <w:b w:val="0"/>
          <w:bCs w:val="0"/>
          <w:sz w:val="24"/>
          <w:szCs w:val="24"/>
        </w:rPr>
        <w:t xml:space="preserve">§3 </w:t>
      </w:r>
      <w:r>
        <w:tab/>
      </w:r>
      <w:r w:rsidRPr="05413FEA" w:rsidR="17606A32">
        <w:rPr>
          <w:b w:val="0"/>
          <w:bCs w:val="0"/>
          <w:sz w:val="24"/>
          <w:szCs w:val="24"/>
        </w:rPr>
        <w:t>Fastställande</w:t>
      </w:r>
      <w:r w:rsidRPr="05413FEA" w:rsidR="17606A32">
        <w:rPr>
          <w:b w:val="0"/>
          <w:bCs w:val="0"/>
          <w:sz w:val="24"/>
          <w:szCs w:val="24"/>
        </w:rPr>
        <w:t xml:space="preserve"> av </w:t>
      </w:r>
      <w:r w:rsidRPr="05413FEA" w:rsidR="17606A32">
        <w:rPr>
          <w:b w:val="0"/>
          <w:bCs w:val="0"/>
          <w:sz w:val="24"/>
          <w:szCs w:val="24"/>
        </w:rPr>
        <w:t>dagordning</w:t>
      </w:r>
      <w:r w:rsidRPr="05413FEA" w:rsidR="17606A32">
        <w:rPr>
          <w:b w:val="0"/>
          <w:bCs w:val="0"/>
          <w:sz w:val="24"/>
          <w:szCs w:val="24"/>
        </w:rPr>
        <w:t>/ agenda</w:t>
      </w:r>
    </w:p>
    <w:p w:rsidR="17606A32" w:rsidP="3ABB7BD5" w:rsidRDefault="17606A32" w14:paraId="4BB95CE0" w14:textId="4919FB3C">
      <w:pPr>
        <w:jc w:val="left"/>
      </w:pPr>
      <w:r w:rsidRPr="0801B811" w:rsidR="17606A32">
        <w:rPr>
          <w:b w:val="0"/>
          <w:bCs w:val="0"/>
          <w:sz w:val="24"/>
          <w:szCs w:val="24"/>
        </w:rPr>
        <w:t xml:space="preserve">§4 </w:t>
      </w:r>
      <w:r>
        <w:tab/>
      </w:r>
      <w:r w:rsidRPr="0801B811" w:rsidR="17606A32">
        <w:rPr>
          <w:b w:val="0"/>
          <w:bCs w:val="0"/>
          <w:sz w:val="24"/>
          <w:szCs w:val="24"/>
        </w:rPr>
        <w:t>Föregående</w:t>
      </w:r>
      <w:r w:rsidRPr="0801B811" w:rsidR="17606A32">
        <w:rPr>
          <w:b w:val="0"/>
          <w:bCs w:val="0"/>
          <w:sz w:val="24"/>
          <w:szCs w:val="24"/>
        </w:rPr>
        <w:t xml:space="preserve"> </w:t>
      </w:r>
      <w:r w:rsidRPr="0801B811" w:rsidR="17606A32">
        <w:rPr>
          <w:b w:val="0"/>
          <w:bCs w:val="0"/>
          <w:sz w:val="24"/>
          <w:szCs w:val="24"/>
        </w:rPr>
        <w:t>protokoll</w:t>
      </w:r>
      <w:r w:rsidRPr="0801B811" w:rsidR="17606A32">
        <w:rPr>
          <w:b w:val="0"/>
          <w:bCs w:val="0"/>
          <w:sz w:val="24"/>
          <w:szCs w:val="24"/>
        </w:rPr>
        <w:t xml:space="preserve"> </w:t>
      </w:r>
      <w:r w:rsidRPr="0801B811" w:rsidR="19DE9B07">
        <w:rPr>
          <w:b w:val="0"/>
          <w:bCs w:val="0"/>
          <w:sz w:val="24"/>
          <w:szCs w:val="24"/>
        </w:rPr>
        <w:t xml:space="preserve">, </w:t>
      </w:r>
      <w:r w:rsidRPr="0801B811" w:rsidR="19DE9B07">
        <w:rPr>
          <w:b w:val="0"/>
          <w:bCs w:val="0"/>
          <w:sz w:val="24"/>
          <w:szCs w:val="24"/>
        </w:rPr>
        <w:t>uppföljning</w:t>
      </w:r>
      <w:r w:rsidRPr="0801B811" w:rsidR="19DE9B07">
        <w:rPr>
          <w:b w:val="0"/>
          <w:bCs w:val="0"/>
          <w:sz w:val="24"/>
          <w:szCs w:val="24"/>
        </w:rPr>
        <w:t xml:space="preserve"> </w:t>
      </w:r>
      <w:r w:rsidRPr="0801B811" w:rsidR="19DE9B07">
        <w:rPr>
          <w:b w:val="0"/>
          <w:bCs w:val="0"/>
          <w:sz w:val="24"/>
          <w:szCs w:val="24"/>
        </w:rPr>
        <w:t>punkt</w:t>
      </w:r>
      <w:r w:rsidRPr="0801B811" w:rsidR="19DE9B07">
        <w:rPr>
          <w:b w:val="0"/>
          <w:bCs w:val="0"/>
          <w:sz w:val="24"/>
          <w:szCs w:val="24"/>
        </w:rPr>
        <w:t xml:space="preserve"> 11 kind &amp; ICF core sets</w:t>
      </w:r>
    </w:p>
    <w:p w:rsidR="4138E986" w:rsidP="0801B811" w:rsidRDefault="4138E986" w14:paraId="62D14BC7" w14:textId="3EBD6598">
      <w:pPr>
        <w:pStyle w:val="Normal"/>
        <w:jc w:val="left"/>
        <w:rPr>
          <w:b w:val="0"/>
          <w:bCs w:val="0"/>
          <w:sz w:val="24"/>
          <w:szCs w:val="24"/>
        </w:rPr>
      </w:pPr>
      <w:r w:rsidRPr="0801B811" w:rsidR="4138E986">
        <w:rPr>
          <w:b w:val="0"/>
          <w:bCs w:val="0"/>
          <w:sz w:val="24"/>
          <w:szCs w:val="24"/>
        </w:rPr>
        <w:t xml:space="preserve">§5 </w:t>
      </w:r>
      <w:r>
        <w:tab/>
      </w:r>
      <w:r w:rsidRPr="0801B811" w:rsidR="12ED4909">
        <w:rPr>
          <w:b w:val="0"/>
          <w:bCs w:val="0"/>
          <w:sz w:val="24"/>
          <w:szCs w:val="24"/>
        </w:rPr>
        <w:t xml:space="preserve">RFSU (Pelle </w:t>
      </w:r>
      <w:r w:rsidRPr="0801B811" w:rsidR="12ED4909">
        <w:rPr>
          <w:b w:val="0"/>
          <w:bCs w:val="0"/>
          <w:sz w:val="24"/>
          <w:szCs w:val="24"/>
        </w:rPr>
        <w:t>deltar</w:t>
      </w:r>
      <w:r w:rsidRPr="0801B811" w:rsidR="12ED4909">
        <w:rPr>
          <w:b w:val="0"/>
          <w:bCs w:val="0"/>
          <w:sz w:val="24"/>
          <w:szCs w:val="24"/>
        </w:rPr>
        <w:t xml:space="preserve"> </w:t>
      </w:r>
      <w:r w:rsidRPr="0801B811" w:rsidR="2E683D02">
        <w:rPr>
          <w:b w:val="0"/>
          <w:bCs w:val="0"/>
          <w:sz w:val="24"/>
          <w:szCs w:val="24"/>
        </w:rPr>
        <w:t xml:space="preserve">via </w:t>
      </w:r>
      <w:r w:rsidRPr="0801B811" w:rsidR="1D402C9E">
        <w:rPr>
          <w:b w:val="0"/>
          <w:bCs w:val="0"/>
          <w:sz w:val="24"/>
          <w:szCs w:val="24"/>
        </w:rPr>
        <w:t>T</w:t>
      </w:r>
      <w:r w:rsidRPr="0801B811" w:rsidR="2E683D02">
        <w:rPr>
          <w:b w:val="0"/>
          <w:bCs w:val="0"/>
          <w:sz w:val="24"/>
          <w:szCs w:val="24"/>
        </w:rPr>
        <w:t>eams</w:t>
      </w:r>
      <w:r w:rsidRPr="0801B811" w:rsidR="12ED4909">
        <w:rPr>
          <w:b w:val="0"/>
          <w:bCs w:val="0"/>
          <w:sz w:val="24"/>
          <w:szCs w:val="24"/>
        </w:rPr>
        <w:t>)</w:t>
      </w:r>
      <w:r w:rsidRPr="0801B811" w:rsidR="145104AF">
        <w:rPr>
          <w:b w:val="0"/>
          <w:bCs w:val="0"/>
          <w:sz w:val="24"/>
          <w:szCs w:val="24"/>
        </w:rPr>
        <w:t xml:space="preserve"> </w:t>
      </w:r>
      <w:r w:rsidRPr="0801B811" w:rsidR="145104AF">
        <w:rPr>
          <w:b w:val="0"/>
          <w:bCs w:val="0"/>
          <w:sz w:val="24"/>
          <w:szCs w:val="24"/>
        </w:rPr>
        <w:t xml:space="preserve">RFSU </w:t>
      </w:r>
      <w:r w:rsidRPr="0801B811" w:rsidR="145104AF">
        <w:rPr>
          <w:b w:val="0"/>
          <w:bCs w:val="0"/>
          <w:sz w:val="24"/>
          <w:szCs w:val="24"/>
        </w:rPr>
        <w:t>önskar</w:t>
      </w:r>
      <w:r w:rsidRPr="0801B811" w:rsidR="145104AF">
        <w:rPr>
          <w:b w:val="0"/>
          <w:bCs w:val="0"/>
          <w:sz w:val="24"/>
          <w:szCs w:val="24"/>
        </w:rPr>
        <w:t xml:space="preserve"> </w:t>
      </w:r>
      <w:r w:rsidRPr="0801B811" w:rsidR="145104AF">
        <w:rPr>
          <w:b w:val="0"/>
          <w:bCs w:val="0"/>
          <w:sz w:val="24"/>
          <w:szCs w:val="24"/>
        </w:rPr>
        <w:t>fortsätta</w:t>
      </w:r>
      <w:r w:rsidRPr="0801B811" w:rsidR="145104AF">
        <w:rPr>
          <w:b w:val="0"/>
          <w:bCs w:val="0"/>
          <w:sz w:val="24"/>
          <w:szCs w:val="24"/>
        </w:rPr>
        <w:t xml:space="preserve"> </w:t>
      </w:r>
      <w:r w:rsidRPr="0801B811" w:rsidR="623B0547">
        <w:rPr>
          <w:b w:val="0"/>
          <w:bCs w:val="0"/>
          <w:sz w:val="24"/>
          <w:szCs w:val="24"/>
        </w:rPr>
        <w:t xml:space="preserve">med </w:t>
      </w:r>
      <w:r w:rsidRPr="0801B811" w:rsidR="623B0547">
        <w:rPr>
          <w:b w:val="0"/>
          <w:bCs w:val="0"/>
          <w:sz w:val="24"/>
          <w:szCs w:val="24"/>
        </w:rPr>
        <w:t>vårt</w:t>
      </w:r>
      <w:r w:rsidRPr="0801B811" w:rsidR="145104AF">
        <w:rPr>
          <w:b w:val="0"/>
          <w:bCs w:val="0"/>
          <w:sz w:val="24"/>
          <w:szCs w:val="24"/>
        </w:rPr>
        <w:t xml:space="preserve"> </w:t>
      </w:r>
      <w:r w:rsidRPr="0801B811" w:rsidR="1AB09E8C">
        <w:rPr>
          <w:b w:val="0"/>
          <w:bCs w:val="0"/>
          <w:sz w:val="24"/>
          <w:szCs w:val="24"/>
        </w:rPr>
        <w:t>pågående</w:t>
      </w:r>
      <w:r w:rsidRPr="0801B811" w:rsidR="1AB09E8C">
        <w:rPr>
          <w:b w:val="0"/>
          <w:bCs w:val="0"/>
          <w:sz w:val="24"/>
          <w:szCs w:val="24"/>
        </w:rPr>
        <w:t xml:space="preserve"> </w:t>
      </w:r>
      <w:r w:rsidRPr="0801B811" w:rsidR="145104AF">
        <w:rPr>
          <w:b w:val="0"/>
          <w:bCs w:val="0"/>
          <w:sz w:val="24"/>
          <w:szCs w:val="24"/>
        </w:rPr>
        <w:t>samarbete</w:t>
      </w:r>
      <w:r w:rsidRPr="0801B811" w:rsidR="0D6F075E">
        <w:rPr>
          <w:b w:val="0"/>
          <w:bCs w:val="0"/>
          <w:sz w:val="24"/>
          <w:szCs w:val="24"/>
        </w:rPr>
        <w:t xml:space="preserve">, </w:t>
      </w:r>
      <w:r w:rsidRPr="0801B811" w:rsidR="0D6F075E">
        <w:rPr>
          <w:b w:val="0"/>
          <w:bCs w:val="0"/>
          <w:sz w:val="24"/>
          <w:szCs w:val="24"/>
        </w:rPr>
        <w:t>förslagsvis</w:t>
      </w:r>
      <w:r w:rsidRPr="0801B811" w:rsidR="0D6F075E">
        <w:rPr>
          <w:b w:val="0"/>
          <w:bCs w:val="0"/>
          <w:sz w:val="24"/>
          <w:szCs w:val="24"/>
        </w:rPr>
        <w:t xml:space="preserve"> med</w:t>
      </w:r>
      <w:r w:rsidRPr="0801B811" w:rsidR="145104AF">
        <w:rPr>
          <w:b w:val="0"/>
          <w:bCs w:val="0"/>
          <w:sz w:val="24"/>
          <w:szCs w:val="24"/>
        </w:rPr>
        <w:t xml:space="preserve">  </w:t>
      </w:r>
      <w:r w:rsidRPr="0801B811" w:rsidR="25E8A7CD">
        <w:rPr>
          <w:b w:val="0"/>
          <w:bCs w:val="0"/>
          <w:sz w:val="24"/>
          <w:szCs w:val="24"/>
        </w:rPr>
        <w:t>digitala</w:t>
      </w:r>
      <w:r w:rsidRPr="0801B811" w:rsidR="25E8A7CD">
        <w:rPr>
          <w:b w:val="0"/>
          <w:bCs w:val="0"/>
          <w:sz w:val="24"/>
          <w:szCs w:val="24"/>
        </w:rPr>
        <w:t xml:space="preserve"> </w:t>
      </w:r>
      <w:r w:rsidRPr="0801B811" w:rsidR="145104AF">
        <w:rPr>
          <w:b w:val="0"/>
          <w:bCs w:val="0"/>
          <w:sz w:val="24"/>
          <w:szCs w:val="24"/>
        </w:rPr>
        <w:t>utbildningstillfälle</w:t>
      </w:r>
      <w:r w:rsidRPr="0801B811" w:rsidR="2D6A1BC7">
        <w:rPr>
          <w:b w:val="0"/>
          <w:bCs w:val="0"/>
          <w:sz w:val="24"/>
          <w:szCs w:val="24"/>
        </w:rPr>
        <w:t>n</w:t>
      </w:r>
      <w:r w:rsidRPr="0801B811" w:rsidR="0FC98A8A">
        <w:rPr>
          <w:b w:val="0"/>
          <w:bCs w:val="0"/>
          <w:sz w:val="24"/>
          <w:szCs w:val="24"/>
        </w:rPr>
        <w:t xml:space="preserve"> </w:t>
      </w:r>
      <w:r w:rsidRPr="0801B811" w:rsidR="3057B960">
        <w:rPr>
          <w:b w:val="0"/>
          <w:bCs w:val="0"/>
          <w:sz w:val="24"/>
          <w:szCs w:val="24"/>
        </w:rPr>
        <w:t>våren</w:t>
      </w:r>
      <w:r w:rsidRPr="0801B811" w:rsidR="3057B960">
        <w:rPr>
          <w:b w:val="0"/>
          <w:bCs w:val="0"/>
          <w:sz w:val="24"/>
          <w:szCs w:val="24"/>
        </w:rPr>
        <w:t xml:space="preserve"> 2027</w:t>
      </w:r>
      <w:r w:rsidRPr="0801B811" w:rsidR="002F3F3A">
        <w:rPr>
          <w:b w:val="0"/>
          <w:bCs w:val="0"/>
          <w:sz w:val="24"/>
          <w:szCs w:val="24"/>
        </w:rPr>
        <w:t xml:space="preserve">, </w:t>
      </w:r>
      <w:r w:rsidRPr="0801B811" w:rsidR="54666F94">
        <w:rPr>
          <w:b w:val="0"/>
          <w:bCs w:val="0"/>
          <w:sz w:val="24"/>
          <w:szCs w:val="24"/>
        </w:rPr>
        <w:t>önskar</w:t>
      </w:r>
      <w:r w:rsidRPr="0801B811" w:rsidR="54666F94">
        <w:rPr>
          <w:b w:val="0"/>
          <w:bCs w:val="0"/>
          <w:sz w:val="24"/>
          <w:szCs w:val="24"/>
        </w:rPr>
        <w:t xml:space="preserve"> </w:t>
      </w:r>
      <w:r w:rsidRPr="0801B811" w:rsidR="54666F94">
        <w:rPr>
          <w:b w:val="0"/>
          <w:bCs w:val="0"/>
          <w:sz w:val="24"/>
          <w:szCs w:val="24"/>
        </w:rPr>
        <w:t>även</w:t>
      </w:r>
      <w:r w:rsidRPr="0801B811" w:rsidR="54666F94">
        <w:rPr>
          <w:b w:val="0"/>
          <w:bCs w:val="0"/>
          <w:sz w:val="24"/>
          <w:szCs w:val="24"/>
        </w:rPr>
        <w:t xml:space="preserve"> </w:t>
      </w:r>
      <w:r w:rsidRPr="0801B811" w:rsidR="267E2037">
        <w:rPr>
          <w:b w:val="0"/>
          <w:bCs w:val="0"/>
          <w:sz w:val="24"/>
          <w:szCs w:val="24"/>
        </w:rPr>
        <w:t>deltaga</w:t>
      </w:r>
      <w:r w:rsidRPr="0801B811" w:rsidR="17ED5A4B">
        <w:rPr>
          <w:b w:val="0"/>
          <w:bCs w:val="0"/>
          <w:sz w:val="24"/>
          <w:szCs w:val="24"/>
        </w:rPr>
        <w:t xml:space="preserve"> </w:t>
      </w:r>
      <w:r w:rsidRPr="0801B811" w:rsidR="267E2037">
        <w:rPr>
          <w:b w:val="0"/>
          <w:bCs w:val="0"/>
          <w:sz w:val="24"/>
          <w:szCs w:val="24"/>
        </w:rPr>
        <w:t>på</w:t>
      </w:r>
      <w:r w:rsidRPr="0801B811" w:rsidR="267E2037">
        <w:rPr>
          <w:b w:val="0"/>
          <w:bCs w:val="0"/>
          <w:sz w:val="24"/>
          <w:szCs w:val="24"/>
        </w:rPr>
        <w:t xml:space="preserve"> </w:t>
      </w:r>
      <w:r w:rsidRPr="0801B811" w:rsidR="267E2037">
        <w:rPr>
          <w:b w:val="0"/>
          <w:bCs w:val="0"/>
          <w:sz w:val="24"/>
          <w:szCs w:val="24"/>
        </w:rPr>
        <w:t>konferensen</w:t>
      </w:r>
      <w:r w:rsidRPr="0801B811" w:rsidR="267E2037">
        <w:rPr>
          <w:b w:val="0"/>
          <w:bCs w:val="0"/>
          <w:sz w:val="24"/>
          <w:szCs w:val="24"/>
        </w:rPr>
        <w:t xml:space="preserve">, </w:t>
      </w:r>
      <w:r w:rsidRPr="0801B811" w:rsidR="4874185B">
        <w:rPr>
          <w:b w:val="0"/>
          <w:bCs w:val="0"/>
          <w:sz w:val="24"/>
          <w:szCs w:val="24"/>
        </w:rPr>
        <w:t>.</w:t>
      </w:r>
      <w:r w:rsidRPr="0801B811" w:rsidR="4874185B">
        <w:rPr>
          <w:b w:val="0"/>
          <w:bCs w:val="0"/>
          <w:sz w:val="24"/>
          <w:szCs w:val="24"/>
        </w:rPr>
        <w:t xml:space="preserve"> </w:t>
      </w:r>
      <w:r w:rsidRPr="0801B811" w:rsidR="40643EE6">
        <w:rPr>
          <w:b w:val="0"/>
          <w:bCs w:val="0"/>
          <w:sz w:val="24"/>
          <w:szCs w:val="24"/>
        </w:rPr>
        <w:t>Styrelsen</w:t>
      </w:r>
      <w:r w:rsidRPr="0801B811" w:rsidR="40643EE6">
        <w:rPr>
          <w:b w:val="0"/>
          <w:bCs w:val="0"/>
          <w:sz w:val="24"/>
          <w:szCs w:val="24"/>
        </w:rPr>
        <w:t xml:space="preserve"> </w:t>
      </w:r>
      <w:r w:rsidRPr="0801B811" w:rsidR="40643EE6">
        <w:rPr>
          <w:b w:val="0"/>
          <w:bCs w:val="0"/>
          <w:sz w:val="24"/>
          <w:szCs w:val="24"/>
        </w:rPr>
        <w:t>kontaktar</w:t>
      </w:r>
      <w:r w:rsidRPr="0801B811" w:rsidR="4874185B">
        <w:rPr>
          <w:b w:val="0"/>
          <w:bCs w:val="0"/>
          <w:sz w:val="24"/>
          <w:szCs w:val="24"/>
        </w:rPr>
        <w:t xml:space="preserve"> </w:t>
      </w:r>
      <w:r w:rsidRPr="0801B811" w:rsidR="4874185B">
        <w:rPr>
          <w:b w:val="0"/>
          <w:bCs w:val="0"/>
          <w:sz w:val="24"/>
          <w:szCs w:val="24"/>
        </w:rPr>
        <w:t>konferensgruppen</w:t>
      </w:r>
      <w:r w:rsidRPr="0801B811" w:rsidR="4874185B">
        <w:rPr>
          <w:b w:val="0"/>
          <w:bCs w:val="0"/>
          <w:sz w:val="24"/>
          <w:szCs w:val="24"/>
        </w:rPr>
        <w:t xml:space="preserve"> </w:t>
      </w:r>
      <w:r w:rsidRPr="0801B811" w:rsidR="4874185B">
        <w:rPr>
          <w:b w:val="0"/>
          <w:bCs w:val="0"/>
          <w:sz w:val="24"/>
          <w:szCs w:val="24"/>
        </w:rPr>
        <w:t>i</w:t>
      </w:r>
      <w:r w:rsidRPr="0801B811" w:rsidR="4874185B">
        <w:rPr>
          <w:b w:val="0"/>
          <w:bCs w:val="0"/>
          <w:sz w:val="24"/>
          <w:szCs w:val="24"/>
        </w:rPr>
        <w:t xml:space="preserve"> Linköping</w:t>
      </w:r>
      <w:r w:rsidRPr="0801B811" w:rsidR="5AEA7A0F">
        <w:rPr>
          <w:b w:val="0"/>
          <w:bCs w:val="0"/>
          <w:sz w:val="24"/>
          <w:szCs w:val="24"/>
        </w:rPr>
        <w:t xml:space="preserve"> för </w:t>
      </w:r>
      <w:r w:rsidRPr="0801B811" w:rsidR="5AEA7A0F">
        <w:rPr>
          <w:b w:val="0"/>
          <w:bCs w:val="0"/>
          <w:sz w:val="24"/>
          <w:szCs w:val="24"/>
        </w:rPr>
        <w:t>att</w:t>
      </w:r>
      <w:r w:rsidRPr="0801B811" w:rsidR="5AEA7A0F">
        <w:rPr>
          <w:b w:val="0"/>
          <w:bCs w:val="0"/>
          <w:sz w:val="24"/>
          <w:szCs w:val="24"/>
        </w:rPr>
        <w:t xml:space="preserve"> </w:t>
      </w:r>
      <w:r w:rsidRPr="0801B811" w:rsidR="3CBF1F0D">
        <w:rPr>
          <w:b w:val="0"/>
          <w:bCs w:val="0"/>
          <w:sz w:val="24"/>
          <w:szCs w:val="24"/>
        </w:rPr>
        <w:t>underlätta</w:t>
      </w:r>
      <w:r w:rsidRPr="0801B811" w:rsidR="3CBF1F0D">
        <w:rPr>
          <w:b w:val="0"/>
          <w:bCs w:val="0"/>
          <w:sz w:val="24"/>
          <w:szCs w:val="24"/>
        </w:rPr>
        <w:t xml:space="preserve"> </w:t>
      </w:r>
      <w:r w:rsidRPr="0801B811" w:rsidR="3CBF1F0D">
        <w:rPr>
          <w:b w:val="0"/>
          <w:bCs w:val="0"/>
          <w:sz w:val="24"/>
          <w:szCs w:val="24"/>
        </w:rPr>
        <w:t>planering</w:t>
      </w:r>
      <w:r w:rsidRPr="0801B811" w:rsidR="3CBF1F0D">
        <w:rPr>
          <w:b w:val="0"/>
          <w:bCs w:val="0"/>
          <w:sz w:val="24"/>
          <w:szCs w:val="24"/>
        </w:rPr>
        <w:t xml:space="preserve"> </w:t>
      </w:r>
      <w:r w:rsidRPr="0801B811" w:rsidR="3CBF1F0D">
        <w:rPr>
          <w:b w:val="0"/>
          <w:bCs w:val="0"/>
          <w:sz w:val="24"/>
          <w:szCs w:val="24"/>
        </w:rPr>
        <w:t>kring</w:t>
      </w:r>
      <w:r w:rsidRPr="0801B811" w:rsidR="3CBF1F0D">
        <w:rPr>
          <w:b w:val="0"/>
          <w:bCs w:val="0"/>
          <w:sz w:val="24"/>
          <w:szCs w:val="24"/>
        </w:rPr>
        <w:t xml:space="preserve"> </w:t>
      </w:r>
      <w:r w:rsidRPr="0801B811" w:rsidR="3CBF1F0D">
        <w:rPr>
          <w:b w:val="0"/>
          <w:bCs w:val="0"/>
          <w:sz w:val="24"/>
          <w:szCs w:val="24"/>
        </w:rPr>
        <w:t>detta</w:t>
      </w:r>
      <w:r w:rsidRPr="0801B811" w:rsidR="3CBF1F0D">
        <w:rPr>
          <w:b w:val="0"/>
          <w:bCs w:val="0"/>
          <w:sz w:val="24"/>
          <w:szCs w:val="24"/>
        </w:rPr>
        <w:t xml:space="preserve">. </w:t>
      </w:r>
      <w:r w:rsidRPr="0801B811" w:rsidR="3CBF1F0D">
        <w:rPr>
          <w:b w:val="0"/>
          <w:bCs w:val="0"/>
          <w:sz w:val="24"/>
          <w:szCs w:val="24"/>
        </w:rPr>
        <w:t>Önskamål</w:t>
      </w:r>
      <w:r w:rsidRPr="0801B811" w:rsidR="3CBF1F0D">
        <w:rPr>
          <w:b w:val="0"/>
          <w:bCs w:val="0"/>
          <w:sz w:val="24"/>
          <w:szCs w:val="24"/>
        </w:rPr>
        <w:t xml:space="preserve"> </w:t>
      </w:r>
      <w:r w:rsidRPr="0801B811" w:rsidR="3CBF1F0D">
        <w:rPr>
          <w:b w:val="0"/>
          <w:bCs w:val="0"/>
          <w:sz w:val="24"/>
          <w:szCs w:val="24"/>
        </w:rPr>
        <w:t>framkommer</w:t>
      </w:r>
      <w:r w:rsidRPr="0801B811" w:rsidR="3CBF1F0D">
        <w:rPr>
          <w:b w:val="0"/>
          <w:bCs w:val="0"/>
          <w:sz w:val="24"/>
          <w:szCs w:val="24"/>
        </w:rPr>
        <w:t xml:space="preserve"> </w:t>
      </w:r>
      <w:r w:rsidRPr="0801B811" w:rsidR="3CBF1F0D">
        <w:rPr>
          <w:b w:val="0"/>
          <w:bCs w:val="0"/>
          <w:sz w:val="24"/>
          <w:szCs w:val="24"/>
        </w:rPr>
        <w:t>från</w:t>
      </w:r>
      <w:r w:rsidRPr="0801B811" w:rsidR="3CBF1F0D">
        <w:rPr>
          <w:b w:val="0"/>
          <w:bCs w:val="0"/>
          <w:sz w:val="24"/>
          <w:szCs w:val="24"/>
        </w:rPr>
        <w:t xml:space="preserve"> FSUMs </w:t>
      </w:r>
      <w:r w:rsidRPr="0801B811" w:rsidR="3CBF1F0D">
        <w:rPr>
          <w:b w:val="0"/>
          <w:bCs w:val="0"/>
          <w:sz w:val="24"/>
          <w:szCs w:val="24"/>
        </w:rPr>
        <w:t>sida</w:t>
      </w:r>
      <w:r w:rsidRPr="0801B811" w:rsidR="3CBF1F0D">
        <w:rPr>
          <w:b w:val="0"/>
          <w:bCs w:val="0"/>
          <w:sz w:val="24"/>
          <w:szCs w:val="24"/>
        </w:rPr>
        <w:t xml:space="preserve"> </w:t>
      </w:r>
      <w:r w:rsidRPr="0801B811" w:rsidR="3CBF1F0D">
        <w:rPr>
          <w:b w:val="0"/>
          <w:bCs w:val="0"/>
          <w:sz w:val="24"/>
          <w:szCs w:val="24"/>
        </w:rPr>
        <w:t>att</w:t>
      </w:r>
      <w:r w:rsidRPr="0801B811" w:rsidR="3CBF1F0D">
        <w:rPr>
          <w:b w:val="0"/>
          <w:bCs w:val="0"/>
          <w:sz w:val="24"/>
          <w:szCs w:val="24"/>
        </w:rPr>
        <w:t xml:space="preserve"> </w:t>
      </w:r>
      <w:r w:rsidRPr="0801B811" w:rsidR="3CBF1F0D">
        <w:rPr>
          <w:b w:val="0"/>
          <w:bCs w:val="0"/>
          <w:sz w:val="24"/>
          <w:szCs w:val="24"/>
        </w:rPr>
        <w:t>de</w:t>
      </w:r>
      <w:r w:rsidRPr="0801B811" w:rsidR="5323561E">
        <w:rPr>
          <w:b w:val="0"/>
          <w:bCs w:val="0"/>
          <w:sz w:val="24"/>
          <w:szCs w:val="24"/>
        </w:rPr>
        <w:t>nna</w:t>
      </w:r>
      <w:r w:rsidRPr="0801B811" w:rsidR="5323561E">
        <w:rPr>
          <w:b w:val="0"/>
          <w:bCs w:val="0"/>
          <w:sz w:val="24"/>
          <w:szCs w:val="24"/>
        </w:rPr>
        <w:t xml:space="preserve"> kick of </w:t>
      </w:r>
      <w:r w:rsidRPr="0801B811" w:rsidR="5323561E">
        <w:rPr>
          <w:b w:val="0"/>
          <w:bCs w:val="0"/>
          <w:sz w:val="24"/>
          <w:szCs w:val="24"/>
        </w:rPr>
        <w:t>inför</w:t>
      </w:r>
      <w:r w:rsidRPr="0801B811" w:rsidR="5323561E">
        <w:rPr>
          <w:b w:val="0"/>
          <w:bCs w:val="0"/>
          <w:sz w:val="24"/>
          <w:szCs w:val="24"/>
        </w:rPr>
        <w:t xml:space="preserve"> </w:t>
      </w:r>
      <w:r w:rsidRPr="0801B811" w:rsidR="5323561E">
        <w:rPr>
          <w:b w:val="0"/>
          <w:bCs w:val="0"/>
          <w:sz w:val="24"/>
          <w:szCs w:val="24"/>
        </w:rPr>
        <w:t>vårensutbildningssatsning</w:t>
      </w:r>
      <w:r w:rsidRPr="0801B811" w:rsidR="5323561E">
        <w:rPr>
          <w:b w:val="0"/>
          <w:bCs w:val="0"/>
          <w:sz w:val="24"/>
          <w:szCs w:val="24"/>
        </w:rPr>
        <w:t xml:space="preserve"> </w:t>
      </w:r>
      <w:r w:rsidRPr="0801B811" w:rsidR="5323561E">
        <w:rPr>
          <w:b w:val="0"/>
          <w:bCs w:val="0"/>
          <w:sz w:val="24"/>
          <w:szCs w:val="24"/>
        </w:rPr>
        <w:t>kan</w:t>
      </w:r>
      <w:r w:rsidRPr="0801B811" w:rsidR="5323561E">
        <w:rPr>
          <w:b w:val="0"/>
          <w:bCs w:val="0"/>
          <w:sz w:val="24"/>
          <w:szCs w:val="24"/>
        </w:rPr>
        <w:t xml:space="preserve"> </w:t>
      </w:r>
      <w:r w:rsidRPr="0801B811" w:rsidR="5323561E">
        <w:rPr>
          <w:b w:val="0"/>
          <w:bCs w:val="0"/>
          <w:sz w:val="24"/>
          <w:szCs w:val="24"/>
        </w:rPr>
        <w:t>sändas</w:t>
      </w:r>
      <w:r w:rsidRPr="0801B811" w:rsidR="5323561E">
        <w:rPr>
          <w:b w:val="0"/>
          <w:bCs w:val="0"/>
          <w:sz w:val="24"/>
          <w:szCs w:val="24"/>
        </w:rPr>
        <w:t xml:space="preserve"> </w:t>
      </w:r>
      <w:r w:rsidRPr="0801B811" w:rsidR="5323561E">
        <w:rPr>
          <w:b w:val="0"/>
          <w:bCs w:val="0"/>
          <w:sz w:val="24"/>
          <w:szCs w:val="24"/>
        </w:rPr>
        <w:t>digitalt</w:t>
      </w:r>
      <w:r w:rsidRPr="0801B811" w:rsidR="5323561E">
        <w:rPr>
          <w:b w:val="0"/>
          <w:bCs w:val="0"/>
          <w:sz w:val="24"/>
          <w:szCs w:val="24"/>
        </w:rPr>
        <w:t xml:space="preserve"> för de </w:t>
      </w:r>
      <w:r w:rsidRPr="0801B811" w:rsidR="5323561E">
        <w:rPr>
          <w:b w:val="0"/>
          <w:bCs w:val="0"/>
          <w:sz w:val="24"/>
          <w:szCs w:val="24"/>
        </w:rPr>
        <w:t>medlemmar</w:t>
      </w:r>
      <w:r w:rsidRPr="0801B811" w:rsidR="5323561E">
        <w:rPr>
          <w:b w:val="0"/>
          <w:bCs w:val="0"/>
          <w:sz w:val="24"/>
          <w:szCs w:val="24"/>
        </w:rPr>
        <w:t xml:space="preserve"> om </w:t>
      </w:r>
      <w:r w:rsidRPr="0801B811" w:rsidR="5323561E">
        <w:rPr>
          <w:b w:val="0"/>
          <w:bCs w:val="0"/>
          <w:sz w:val="24"/>
          <w:szCs w:val="24"/>
        </w:rPr>
        <w:t>inte</w:t>
      </w:r>
      <w:r w:rsidRPr="0801B811" w:rsidR="5323561E">
        <w:rPr>
          <w:b w:val="0"/>
          <w:bCs w:val="0"/>
          <w:sz w:val="24"/>
          <w:szCs w:val="24"/>
        </w:rPr>
        <w:t xml:space="preserve"> </w:t>
      </w:r>
      <w:r w:rsidRPr="0801B811" w:rsidR="5323561E">
        <w:rPr>
          <w:b w:val="0"/>
          <w:bCs w:val="0"/>
          <w:sz w:val="24"/>
          <w:szCs w:val="24"/>
        </w:rPr>
        <w:t>deltar</w:t>
      </w:r>
      <w:r w:rsidRPr="0801B811" w:rsidR="5323561E">
        <w:rPr>
          <w:b w:val="0"/>
          <w:bCs w:val="0"/>
          <w:sz w:val="24"/>
          <w:szCs w:val="24"/>
        </w:rPr>
        <w:t xml:space="preserve"> </w:t>
      </w:r>
      <w:r w:rsidRPr="0801B811" w:rsidR="5323561E">
        <w:rPr>
          <w:b w:val="0"/>
          <w:bCs w:val="0"/>
          <w:sz w:val="24"/>
          <w:szCs w:val="24"/>
        </w:rPr>
        <w:t>på</w:t>
      </w:r>
      <w:r w:rsidRPr="0801B811" w:rsidR="5323561E">
        <w:rPr>
          <w:b w:val="0"/>
          <w:bCs w:val="0"/>
          <w:sz w:val="24"/>
          <w:szCs w:val="24"/>
        </w:rPr>
        <w:t xml:space="preserve"> konferensen.</w:t>
      </w:r>
    </w:p>
    <w:p w:rsidR="05541EB4" w:rsidP="05413FEA" w:rsidRDefault="05541EB4" w14:paraId="422B4005" w14:textId="4BD8BC1E">
      <w:pPr>
        <w:pStyle w:val="Normal"/>
        <w:jc w:val="left"/>
      </w:pPr>
      <w:r w:rsidRPr="0801B811" w:rsidR="05541EB4">
        <w:rPr>
          <w:b w:val="0"/>
          <w:bCs w:val="0"/>
          <w:sz w:val="24"/>
          <w:szCs w:val="24"/>
        </w:rPr>
        <w:t xml:space="preserve">§6 </w:t>
      </w:r>
      <w:r>
        <w:tab/>
      </w:r>
      <w:r w:rsidRPr="0801B811" w:rsidR="6A46D8BF">
        <w:rPr>
          <w:b w:val="0"/>
          <w:bCs w:val="0"/>
          <w:sz w:val="24"/>
          <w:szCs w:val="24"/>
        </w:rPr>
        <w:t>Konferensplanering</w:t>
      </w:r>
      <w:r w:rsidRPr="0801B811" w:rsidR="6A46D8BF">
        <w:rPr>
          <w:b w:val="0"/>
          <w:bCs w:val="0"/>
          <w:sz w:val="24"/>
          <w:szCs w:val="24"/>
        </w:rPr>
        <w:t xml:space="preserve"> 2027, </w:t>
      </w:r>
      <w:r w:rsidRPr="0801B811" w:rsidR="6A46D8BF">
        <w:rPr>
          <w:b w:val="0"/>
          <w:bCs w:val="0"/>
          <w:sz w:val="24"/>
          <w:szCs w:val="24"/>
        </w:rPr>
        <w:t>hur</w:t>
      </w:r>
      <w:r w:rsidRPr="0801B811" w:rsidR="6A46D8BF">
        <w:rPr>
          <w:b w:val="0"/>
          <w:bCs w:val="0"/>
          <w:sz w:val="24"/>
          <w:szCs w:val="24"/>
        </w:rPr>
        <w:t xml:space="preserve"> </w:t>
      </w:r>
      <w:r w:rsidRPr="0801B811" w:rsidR="6A46D8BF">
        <w:rPr>
          <w:b w:val="0"/>
          <w:bCs w:val="0"/>
          <w:sz w:val="24"/>
          <w:szCs w:val="24"/>
        </w:rPr>
        <w:t>går</w:t>
      </w:r>
      <w:r w:rsidRPr="0801B811" w:rsidR="6A46D8BF">
        <w:rPr>
          <w:b w:val="0"/>
          <w:bCs w:val="0"/>
          <w:sz w:val="24"/>
          <w:szCs w:val="24"/>
        </w:rPr>
        <w:t xml:space="preserve"> det</w:t>
      </w:r>
      <w:r w:rsidRPr="0801B811" w:rsidR="6A46D8BF">
        <w:rPr>
          <w:b w:val="0"/>
          <w:bCs w:val="0"/>
          <w:sz w:val="24"/>
          <w:szCs w:val="24"/>
        </w:rPr>
        <w:t>?</w:t>
      </w:r>
      <w:r w:rsidRPr="0801B811" w:rsidR="6EFB8155">
        <w:rPr>
          <w:b w:val="0"/>
          <w:bCs w:val="0"/>
          <w:sz w:val="24"/>
          <w:szCs w:val="24"/>
        </w:rPr>
        <w:t xml:space="preserve"> </w:t>
      </w:r>
      <w:r w:rsidRPr="0801B811" w:rsidR="7CC252A0">
        <w:rPr>
          <w:b w:val="0"/>
          <w:bCs w:val="0"/>
          <w:sz w:val="24"/>
          <w:szCs w:val="24"/>
        </w:rPr>
        <w:t xml:space="preserve"> </w:t>
      </w:r>
      <w:r w:rsidRPr="0801B811" w:rsidR="7CC252A0">
        <w:rPr>
          <w:b w:val="0"/>
          <w:bCs w:val="0"/>
          <w:sz w:val="24"/>
          <w:szCs w:val="24"/>
        </w:rPr>
        <w:t>Konferensgruppen</w:t>
      </w:r>
      <w:r w:rsidRPr="0801B811" w:rsidR="7CC252A0">
        <w:rPr>
          <w:b w:val="0"/>
          <w:bCs w:val="0"/>
          <w:sz w:val="24"/>
          <w:szCs w:val="24"/>
        </w:rPr>
        <w:t xml:space="preserve"> </w:t>
      </w:r>
      <w:r w:rsidRPr="0801B811" w:rsidR="7CC252A0">
        <w:rPr>
          <w:b w:val="0"/>
          <w:bCs w:val="0"/>
          <w:sz w:val="24"/>
          <w:szCs w:val="24"/>
        </w:rPr>
        <w:t>tillsammans</w:t>
      </w:r>
      <w:r w:rsidRPr="0801B811" w:rsidR="7CC252A0">
        <w:rPr>
          <w:b w:val="0"/>
          <w:bCs w:val="0"/>
          <w:sz w:val="24"/>
          <w:szCs w:val="24"/>
        </w:rPr>
        <w:t xml:space="preserve"> med </w:t>
      </w:r>
      <w:r w:rsidRPr="0801B811" w:rsidR="7CC252A0">
        <w:rPr>
          <w:b w:val="0"/>
          <w:bCs w:val="0"/>
          <w:sz w:val="24"/>
          <w:szCs w:val="24"/>
        </w:rPr>
        <w:t>Paraply</w:t>
      </w:r>
      <w:r w:rsidRPr="0801B811" w:rsidR="7CC252A0">
        <w:rPr>
          <w:b w:val="0"/>
          <w:bCs w:val="0"/>
          <w:sz w:val="24"/>
          <w:szCs w:val="24"/>
        </w:rPr>
        <w:t xml:space="preserve"> </w:t>
      </w:r>
      <w:r w:rsidRPr="0801B811" w:rsidR="7CC252A0">
        <w:rPr>
          <w:b w:val="0"/>
          <w:bCs w:val="0"/>
          <w:sz w:val="24"/>
          <w:szCs w:val="24"/>
        </w:rPr>
        <w:t>är</w:t>
      </w:r>
      <w:r w:rsidRPr="0801B811" w:rsidR="7CC252A0">
        <w:rPr>
          <w:b w:val="0"/>
          <w:bCs w:val="0"/>
          <w:sz w:val="24"/>
          <w:szCs w:val="24"/>
        </w:rPr>
        <w:t xml:space="preserve"> </w:t>
      </w:r>
      <w:r w:rsidRPr="0801B811" w:rsidR="7CC252A0">
        <w:rPr>
          <w:b w:val="0"/>
          <w:bCs w:val="0"/>
          <w:sz w:val="24"/>
          <w:szCs w:val="24"/>
        </w:rPr>
        <w:t>i</w:t>
      </w:r>
      <w:r w:rsidRPr="0801B811" w:rsidR="7CC252A0">
        <w:rPr>
          <w:b w:val="0"/>
          <w:bCs w:val="0"/>
          <w:sz w:val="24"/>
          <w:szCs w:val="24"/>
        </w:rPr>
        <w:t xml:space="preserve"> </w:t>
      </w:r>
      <w:r w:rsidRPr="0801B811" w:rsidR="7CC252A0">
        <w:rPr>
          <w:b w:val="0"/>
          <w:bCs w:val="0"/>
          <w:sz w:val="24"/>
          <w:szCs w:val="24"/>
        </w:rPr>
        <w:t>stort</w:t>
      </w:r>
      <w:r w:rsidRPr="0801B811" w:rsidR="7CC252A0">
        <w:rPr>
          <w:b w:val="0"/>
          <w:bCs w:val="0"/>
          <w:sz w:val="24"/>
          <w:szCs w:val="24"/>
        </w:rPr>
        <w:t xml:space="preserve"> sett </w:t>
      </w:r>
      <w:r w:rsidRPr="0801B811" w:rsidR="7CC252A0">
        <w:rPr>
          <w:b w:val="0"/>
          <w:bCs w:val="0"/>
          <w:sz w:val="24"/>
          <w:szCs w:val="24"/>
        </w:rPr>
        <w:t>färdiga</w:t>
      </w:r>
      <w:r w:rsidRPr="0801B811" w:rsidR="7CC252A0">
        <w:rPr>
          <w:b w:val="0"/>
          <w:bCs w:val="0"/>
          <w:sz w:val="24"/>
          <w:szCs w:val="24"/>
        </w:rPr>
        <w:t xml:space="preserve"> med </w:t>
      </w:r>
      <w:r w:rsidRPr="0801B811" w:rsidR="7CC252A0">
        <w:rPr>
          <w:b w:val="0"/>
          <w:bCs w:val="0"/>
          <w:sz w:val="24"/>
          <w:szCs w:val="24"/>
        </w:rPr>
        <w:t>pla</w:t>
      </w:r>
      <w:r w:rsidRPr="0801B811" w:rsidR="7CC252A0">
        <w:rPr>
          <w:b w:val="0"/>
          <w:bCs w:val="0"/>
          <w:sz w:val="24"/>
          <w:szCs w:val="24"/>
        </w:rPr>
        <w:t>nering</w:t>
      </w:r>
      <w:r w:rsidRPr="0801B811" w:rsidR="038E1042">
        <w:rPr>
          <w:b w:val="0"/>
          <w:bCs w:val="0"/>
          <w:sz w:val="24"/>
          <w:szCs w:val="24"/>
        </w:rPr>
        <w:t xml:space="preserve">, </w:t>
      </w:r>
      <w:r w:rsidRPr="0801B811" w:rsidR="038E1042">
        <w:rPr>
          <w:b w:val="0"/>
          <w:bCs w:val="0"/>
          <w:sz w:val="24"/>
          <w:szCs w:val="24"/>
        </w:rPr>
        <w:t>inbjudan</w:t>
      </w:r>
      <w:r w:rsidRPr="0801B811" w:rsidR="038E1042">
        <w:rPr>
          <w:b w:val="0"/>
          <w:bCs w:val="0"/>
          <w:sz w:val="24"/>
          <w:szCs w:val="24"/>
        </w:rPr>
        <w:t xml:space="preserve"> </w:t>
      </w:r>
      <w:r w:rsidRPr="0801B811" w:rsidR="038E1042">
        <w:rPr>
          <w:b w:val="0"/>
          <w:bCs w:val="0"/>
          <w:sz w:val="24"/>
          <w:szCs w:val="24"/>
        </w:rPr>
        <w:t>kommer</w:t>
      </w:r>
      <w:r w:rsidRPr="0801B811" w:rsidR="651FD953">
        <w:rPr>
          <w:b w:val="0"/>
          <w:bCs w:val="0"/>
          <w:sz w:val="24"/>
          <w:szCs w:val="24"/>
        </w:rPr>
        <w:t xml:space="preserve"> </w:t>
      </w:r>
      <w:r w:rsidRPr="0801B811" w:rsidR="651FD953">
        <w:rPr>
          <w:b w:val="0"/>
          <w:bCs w:val="0"/>
          <w:sz w:val="24"/>
          <w:szCs w:val="24"/>
        </w:rPr>
        <w:t>läggas</w:t>
      </w:r>
      <w:r w:rsidRPr="0801B811" w:rsidR="651FD953">
        <w:rPr>
          <w:b w:val="0"/>
          <w:bCs w:val="0"/>
          <w:sz w:val="24"/>
          <w:szCs w:val="24"/>
        </w:rPr>
        <w:t xml:space="preserve"> </w:t>
      </w:r>
      <w:r w:rsidRPr="0801B811" w:rsidR="651FD953">
        <w:rPr>
          <w:b w:val="0"/>
          <w:bCs w:val="0"/>
          <w:sz w:val="24"/>
          <w:szCs w:val="24"/>
        </w:rPr>
        <w:t>ut</w:t>
      </w:r>
      <w:r w:rsidRPr="0801B811" w:rsidR="651FD953">
        <w:rPr>
          <w:b w:val="0"/>
          <w:bCs w:val="0"/>
          <w:sz w:val="24"/>
          <w:szCs w:val="24"/>
        </w:rPr>
        <w:t xml:space="preserve"> </w:t>
      </w:r>
      <w:r w:rsidRPr="0801B811" w:rsidR="651FD953">
        <w:rPr>
          <w:b w:val="0"/>
          <w:bCs w:val="0"/>
          <w:sz w:val="24"/>
          <w:szCs w:val="24"/>
        </w:rPr>
        <w:t>på</w:t>
      </w:r>
      <w:r w:rsidRPr="0801B811" w:rsidR="651FD953">
        <w:rPr>
          <w:b w:val="0"/>
          <w:bCs w:val="0"/>
          <w:sz w:val="24"/>
          <w:szCs w:val="24"/>
        </w:rPr>
        <w:t xml:space="preserve"> </w:t>
      </w:r>
      <w:r w:rsidRPr="0801B811" w:rsidR="651FD953">
        <w:rPr>
          <w:b w:val="0"/>
          <w:bCs w:val="0"/>
          <w:sz w:val="24"/>
          <w:szCs w:val="24"/>
        </w:rPr>
        <w:t>vår</w:t>
      </w:r>
      <w:r w:rsidRPr="0801B811" w:rsidR="651FD953">
        <w:rPr>
          <w:b w:val="0"/>
          <w:bCs w:val="0"/>
          <w:sz w:val="24"/>
          <w:szCs w:val="24"/>
        </w:rPr>
        <w:t xml:space="preserve"> hemsida</w:t>
      </w:r>
      <w:r w:rsidRPr="0801B811" w:rsidR="038E1042">
        <w:rPr>
          <w:b w:val="0"/>
          <w:bCs w:val="0"/>
          <w:sz w:val="24"/>
          <w:szCs w:val="24"/>
        </w:rPr>
        <w:t xml:space="preserve"> </w:t>
      </w:r>
      <w:r w:rsidRPr="0801B811" w:rsidR="038E1042">
        <w:rPr>
          <w:b w:val="0"/>
          <w:bCs w:val="0"/>
          <w:sz w:val="24"/>
          <w:szCs w:val="24"/>
        </w:rPr>
        <w:t>i</w:t>
      </w:r>
      <w:r w:rsidRPr="0801B811" w:rsidR="038E1042">
        <w:rPr>
          <w:b w:val="0"/>
          <w:bCs w:val="0"/>
          <w:sz w:val="24"/>
          <w:szCs w:val="24"/>
        </w:rPr>
        <w:t xml:space="preserve"> </w:t>
      </w:r>
      <w:r w:rsidRPr="0801B811" w:rsidR="038E1042">
        <w:rPr>
          <w:b w:val="0"/>
          <w:bCs w:val="0"/>
          <w:sz w:val="24"/>
          <w:szCs w:val="24"/>
        </w:rPr>
        <w:t>början</w:t>
      </w:r>
      <w:r w:rsidRPr="0801B811" w:rsidR="038E1042">
        <w:rPr>
          <w:b w:val="0"/>
          <w:bCs w:val="0"/>
          <w:sz w:val="24"/>
          <w:szCs w:val="24"/>
        </w:rPr>
        <w:t xml:space="preserve"> av </w:t>
      </w:r>
      <w:r w:rsidRPr="0801B811" w:rsidR="038E1042">
        <w:rPr>
          <w:b w:val="0"/>
          <w:bCs w:val="0"/>
          <w:sz w:val="24"/>
          <w:szCs w:val="24"/>
        </w:rPr>
        <w:t>november</w:t>
      </w:r>
      <w:r w:rsidRPr="0801B811" w:rsidR="5495D20D">
        <w:rPr>
          <w:b w:val="0"/>
          <w:bCs w:val="0"/>
          <w:sz w:val="24"/>
          <w:szCs w:val="24"/>
        </w:rPr>
        <w:t>.</w:t>
      </w:r>
    </w:p>
    <w:p w:rsidR="22A86B33" w:rsidP="0801B811" w:rsidRDefault="22A86B33" w14:paraId="167F27E2" w14:textId="6E944BD0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b w:val="0"/>
          <w:bCs w:val="0"/>
          <w:sz w:val="24"/>
          <w:szCs w:val="24"/>
        </w:rPr>
      </w:pPr>
      <w:r w:rsidRPr="0801B811" w:rsidR="22A86B33">
        <w:rPr>
          <w:b w:val="0"/>
          <w:bCs w:val="0"/>
          <w:sz w:val="24"/>
          <w:szCs w:val="24"/>
        </w:rPr>
        <w:t>§7</w:t>
      </w:r>
      <w:r>
        <w:tab/>
      </w:r>
      <w:r w:rsidRPr="0801B811" w:rsidR="22A86B33">
        <w:rPr>
          <w:b w:val="0"/>
          <w:bCs w:val="0"/>
          <w:sz w:val="24"/>
          <w:szCs w:val="24"/>
        </w:rPr>
        <w:t>Hemsidan</w:t>
      </w:r>
      <w:r w:rsidRPr="0801B811" w:rsidR="5F9534AE">
        <w:rPr>
          <w:b w:val="0"/>
          <w:bCs w:val="0"/>
          <w:sz w:val="24"/>
          <w:szCs w:val="24"/>
        </w:rPr>
        <w:t xml:space="preserve">, </w:t>
      </w:r>
      <w:r w:rsidRPr="0801B811" w:rsidR="05FD4D1B">
        <w:rPr>
          <w:b w:val="0"/>
          <w:bCs w:val="0"/>
          <w:sz w:val="24"/>
          <w:szCs w:val="24"/>
        </w:rPr>
        <w:t>Camilla</w:t>
      </w:r>
      <w:r w:rsidRPr="0801B811" w:rsidR="63F9FFC5">
        <w:rPr>
          <w:b w:val="0"/>
          <w:bCs w:val="0"/>
          <w:sz w:val="24"/>
          <w:szCs w:val="24"/>
        </w:rPr>
        <w:t xml:space="preserve"> </w:t>
      </w:r>
      <w:r w:rsidRPr="0801B811" w:rsidR="5A1CC97A">
        <w:rPr>
          <w:b w:val="0"/>
          <w:bCs w:val="0"/>
          <w:sz w:val="24"/>
          <w:szCs w:val="24"/>
        </w:rPr>
        <w:t>redovisar</w:t>
      </w:r>
      <w:r w:rsidRPr="0801B811" w:rsidR="5A1CC97A">
        <w:rPr>
          <w:b w:val="0"/>
          <w:bCs w:val="0"/>
          <w:sz w:val="24"/>
          <w:szCs w:val="24"/>
        </w:rPr>
        <w:t xml:space="preserve"> </w:t>
      </w:r>
      <w:r w:rsidRPr="0801B811" w:rsidR="63F9FFC5">
        <w:rPr>
          <w:b w:val="0"/>
          <w:bCs w:val="0"/>
          <w:sz w:val="24"/>
          <w:szCs w:val="24"/>
        </w:rPr>
        <w:t>förslag</w:t>
      </w:r>
      <w:r w:rsidRPr="0801B811" w:rsidR="63F9FFC5">
        <w:rPr>
          <w:b w:val="0"/>
          <w:bCs w:val="0"/>
          <w:sz w:val="24"/>
          <w:szCs w:val="24"/>
        </w:rPr>
        <w:t xml:space="preserve"> </w:t>
      </w:r>
      <w:r w:rsidRPr="0801B811" w:rsidR="63F9FFC5">
        <w:rPr>
          <w:b w:val="0"/>
          <w:bCs w:val="0"/>
          <w:sz w:val="24"/>
          <w:szCs w:val="24"/>
        </w:rPr>
        <w:t>på</w:t>
      </w:r>
      <w:r w:rsidRPr="0801B811" w:rsidR="63F9FFC5">
        <w:rPr>
          <w:b w:val="0"/>
          <w:bCs w:val="0"/>
          <w:sz w:val="24"/>
          <w:szCs w:val="24"/>
        </w:rPr>
        <w:t xml:space="preserve"> </w:t>
      </w:r>
      <w:r w:rsidRPr="0801B811" w:rsidR="63F9FFC5">
        <w:rPr>
          <w:b w:val="0"/>
          <w:bCs w:val="0"/>
          <w:sz w:val="24"/>
          <w:szCs w:val="24"/>
        </w:rPr>
        <w:t>ändringar</w:t>
      </w:r>
      <w:r w:rsidRPr="0801B811" w:rsidR="738BCB05">
        <w:rPr>
          <w:b w:val="0"/>
          <w:bCs w:val="0"/>
          <w:sz w:val="24"/>
          <w:szCs w:val="24"/>
        </w:rPr>
        <w:t xml:space="preserve">/ </w:t>
      </w:r>
      <w:r w:rsidRPr="0801B811" w:rsidR="738BCB05">
        <w:rPr>
          <w:b w:val="0"/>
          <w:bCs w:val="0"/>
          <w:sz w:val="24"/>
          <w:szCs w:val="24"/>
        </w:rPr>
        <w:t>förenklingar</w:t>
      </w:r>
      <w:r w:rsidRPr="0801B811" w:rsidR="738BCB05">
        <w:rPr>
          <w:b w:val="0"/>
          <w:bCs w:val="0"/>
          <w:sz w:val="24"/>
          <w:szCs w:val="24"/>
        </w:rPr>
        <w:t xml:space="preserve"> </w:t>
      </w:r>
      <w:r w:rsidRPr="0801B811" w:rsidR="738BCB05">
        <w:rPr>
          <w:b w:val="0"/>
          <w:bCs w:val="0"/>
          <w:sz w:val="24"/>
          <w:szCs w:val="24"/>
        </w:rPr>
        <w:t>på</w:t>
      </w:r>
      <w:r w:rsidRPr="0801B811" w:rsidR="738BCB05">
        <w:rPr>
          <w:b w:val="0"/>
          <w:bCs w:val="0"/>
          <w:sz w:val="24"/>
          <w:szCs w:val="24"/>
        </w:rPr>
        <w:t xml:space="preserve"> </w:t>
      </w:r>
      <w:r w:rsidRPr="0801B811" w:rsidR="738BCB05">
        <w:rPr>
          <w:b w:val="0"/>
          <w:bCs w:val="0"/>
          <w:sz w:val="24"/>
          <w:szCs w:val="24"/>
        </w:rPr>
        <w:t>vår</w:t>
      </w:r>
      <w:r w:rsidRPr="0801B811" w:rsidR="738BCB05">
        <w:rPr>
          <w:b w:val="0"/>
          <w:bCs w:val="0"/>
          <w:sz w:val="24"/>
          <w:szCs w:val="24"/>
        </w:rPr>
        <w:t xml:space="preserve"> </w:t>
      </w:r>
      <w:r w:rsidRPr="0801B811" w:rsidR="738BCB05">
        <w:rPr>
          <w:b w:val="0"/>
          <w:bCs w:val="0"/>
          <w:sz w:val="24"/>
          <w:szCs w:val="24"/>
        </w:rPr>
        <w:t>hemsida</w:t>
      </w:r>
      <w:r w:rsidRPr="0801B811" w:rsidR="738BCB05">
        <w:rPr>
          <w:b w:val="0"/>
          <w:bCs w:val="0"/>
          <w:sz w:val="24"/>
          <w:szCs w:val="24"/>
        </w:rPr>
        <w:t xml:space="preserve">, </w:t>
      </w:r>
      <w:r w:rsidRPr="0801B811" w:rsidR="36C4F73B">
        <w:rPr>
          <w:b w:val="0"/>
          <w:bCs w:val="0"/>
          <w:sz w:val="24"/>
          <w:szCs w:val="24"/>
        </w:rPr>
        <w:t>nytt</w:t>
      </w:r>
      <w:r w:rsidRPr="0801B811" w:rsidR="36C4F73B">
        <w:rPr>
          <w:b w:val="0"/>
          <w:bCs w:val="0"/>
          <w:sz w:val="24"/>
          <w:szCs w:val="24"/>
        </w:rPr>
        <w:t xml:space="preserve"> möte är </w:t>
      </w:r>
      <w:r w:rsidRPr="0801B811" w:rsidR="36C4F73B">
        <w:rPr>
          <w:b w:val="0"/>
          <w:bCs w:val="0"/>
          <w:sz w:val="24"/>
          <w:szCs w:val="24"/>
        </w:rPr>
        <w:t>inplanerat</w:t>
      </w:r>
      <w:r w:rsidRPr="0801B811" w:rsidR="36C4F73B">
        <w:rPr>
          <w:b w:val="0"/>
          <w:bCs w:val="0"/>
          <w:sz w:val="24"/>
          <w:szCs w:val="24"/>
        </w:rPr>
        <w:t xml:space="preserve"> </w:t>
      </w:r>
    </w:p>
    <w:p w:rsidR="516F3DAE" w:rsidP="05413FEA" w:rsidRDefault="516F3DAE" w14:paraId="451BF7B0" w14:textId="37E30872">
      <w:pPr>
        <w:pStyle w:val="Normal"/>
        <w:jc w:val="left"/>
      </w:pPr>
      <w:r w:rsidRPr="0801B811" w:rsidR="516F3DAE">
        <w:rPr>
          <w:b w:val="0"/>
          <w:bCs w:val="0"/>
          <w:sz w:val="24"/>
          <w:szCs w:val="24"/>
        </w:rPr>
        <w:t>§8</w:t>
      </w:r>
      <w:r>
        <w:tab/>
      </w:r>
      <w:r w:rsidRPr="0801B811" w:rsidR="516F3DAE">
        <w:rPr>
          <w:b w:val="0"/>
          <w:bCs w:val="0"/>
          <w:sz w:val="24"/>
          <w:szCs w:val="24"/>
        </w:rPr>
        <w:t xml:space="preserve">Unga </w:t>
      </w:r>
      <w:r w:rsidRPr="0801B811" w:rsidR="516F3DAE">
        <w:rPr>
          <w:b w:val="0"/>
          <w:bCs w:val="0"/>
          <w:sz w:val="24"/>
          <w:szCs w:val="24"/>
        </w:rPr>
        <w:t>vuxn</w:t>
      </w:r>
      <w:r w:rsidRPr="0801B811" w:rsidR="516F3DAE">
        <w:rPr>
          <w:b w:val="0"/>
          <w:bCs w:val="0"/>
          <w:sz w:val="24"/>
          <w:szCs w:val="24"/>
        </w:rPr>
        <w:t>a</w:t>
      </w:r>
      <w:r w:rsidRPr="0801B811" w:rsidR="516F3DAE">
        <w:rPr>
          <w:b w:val="0"/>
          <w:bCs w:val="0"/>
          <w:sz w:val="24"/>
          <w:szCs w:val="24"/>
        </w:rPr>
        <w:t xml:space="preserve"> </w:t>
      </w:r>
      <w:r w:rsidRPr="0801B811" w:rsidR="516F3DAE">
        <w:rPr>
          <w:b w:val="0"/>
          <w:bCs w:val="0"/>
          <w:sz w:val="24"/>
          <w:szCs w:val="24"/>
        </w:rPr>
        <w:t>dagar</w:t>
      </w:r>
      <w:r w:rsidRPr="0801B811" w:rsidR="516F3DAE">
        <w:rPr>
          <w:b w:val="0"/>
          <w:bCs w:val="0"/>
          <w:sz w:val="24"/>
          <w:szCs w:val="24"/>
        </w:rPr>
        <w:t xml:space="preserve"> </w:t>
      </w:r>
      <w:r w:rsidRPr="0801B811" w:rsidR="516F3DAE">
        <w:rPr>
          <w:b w:val="0"/>
          <w:bCs w:val="0"/>
          <w:sz w:val="24"/>
          <w:szCs w:val="24"/>
        </w:rPr>
        <w:t>i</w:t>
      </w:r>
      <w:r w:rsidRPr="0801B811" w:rsidR="516F3DAE">
        <w:rPr>
          <w:b w:val="0"/>
          <w:bCs w:val="0"/>
          <w:sz w:val="24"/>
          <w:szCs w:val="24"/>
        </w:rPr>
        <w:t xml:space="preserve"> </w:t>
      </w:r>
      <w:r w:rsidRPr="0801B811" w:rsidR="0C1B7720">
        <w:rPr>
          <w:b w:val="0"/>
          <w:bCs w:val="0"/>
          <w:sz w:val="24"/>
          <w:szCs w:val="24"/>
        </w:rPr>
        <w:t>S</w:t>
      </w:r>
      <w:r w:rsidRPr="0801B811" w:rsidR="516F3DAE">
        <w:rPr>
          <w:b w:val="0"/>
          <w:bCs w:val="0"/>
          <w:sz w:val="24"/>
          <w:szCs w:val="24"/>
        </w:rPr>
        <w:t>t</w:t>
      </w:r>
      <w:r w:rsidRPr="0801B811" w:rsidR="516F3DAE">
        <w:rPr>
          <w:b w:val="0"/>
          <w:bCs w:val="0"/>
          <w:sz w:val="24"/>
          <w:szCs w:val="24"/>
        </w:rPr>
        <w:t>hlm</w:t>
      </w:r>
      <w:r w:rsidRPr="0801B811" w:rsidR="516F3DAE">
        <w:rPr>
          <w:b w:val="0"/>
          <w:bCs w:val="0"/>
          <w:sz w:val="24"/>
          <w:szCs w:val="24"/>
        </w:rPr>
        <w:t xml:space="preserve"> 21-2</w:t>
      </w:r>
      <w:r w:rsidRPr="0801B811" w:rsidR="516F3DAE">
        <w:rPr>
          <w:b w:val="0"/>
          <w:bCs w:val="0"/>
          <w:sz w:val="24"/>
          <w:szCs w:val="24"/>
        </w:rPr>
        <w:t>2</w:t>
      </w:r>
      <w:r w:rsidRPr="0801B811" w:rsidR="4E9CCB14">
        <w:rPr>
          <w:b w:val="0"/>
          <w:bCs w:val="0"/>
          <w:sz w:val="24"/>
          <w:szCs w:val="24"/>
        </w:rPr>
        <w:t xml:space="preserve"> </w:t>
      </w:r>
      <w:r w:rsidRPr="0801B811" w:rsidR="4E9CCB14">
        <w:rPr>
          <w:b w:val="0"/>
          <w:bCs w:val="0"/>
          <w:sz w:val="24"/>
          <w:szCs w:val="24"/>
        </w:rPr>
        <w:t>janu</w:t>
      </w:r>
      <w:r w:rsidRPr="0801B811" w:rsidR="4E9CCB14">
        <w:rPr>
          <w:b w:val="0"/>
          <w:bCs w:val="0"/>
          <w:sz w:val="24"/>
          <w:szCs w:val="24"/>
        </w:rPr>
        <w:t>ar</w:t>
      </w:r>
      <w:r w:rsidRPr="0801B811" w:rsidR="4E9CCB14">
        <w:rPr>
          <w:b w:val="0"/>
          <w:bCs w:val="0"/>
          <w:sz w:val="24"/>
          <w:szCs w:val="24"/>
        </w:rPr>
        <w:t>i</w:t>
      </w:r>
      <w:r w:rsidRPr="0801B811" w:rsidR="1D92A97B">
        <w:rPr>
          <w:b w:val="0"/>
          <w:bCs w:val="0"/>
          <w:sz w:val="24"/>
          <w:szCs w:val="24"/>
        </w:rPr>
        <w:t xml:space="preserve">. </w:t>
      </w:r>
      <w:r w:rsidRPr="0801B811" w:rsidR="1D92A97B">
        <w:rPr>
          <w:b w:val="0"/>
          <w:bCs w:val="0"/>
          <w:sz w:val="24"/>
          <w:szCs w:val="24"/>
        </w:rPr>
        <w:t>Ayse</w:t>
      </w:r>
      <w:r w:rsidRPr="0801B811" w:rsidR="1D92A97B">
        <w:rPr>
          <w:b w:val="0"/>
          <w:bCs w:val="0"/>
          <w:sz w:val="24"/>
          <w:szCs w:val="24"/>
        </w:rPr>
        <w:t>gül</w:t>
      </w:r>
      <w:r w:rsidRPr="0801B811" w:rsidR="1D92A97B">
        <w:rPr>
          <w:b w:val="0"/>
          <w:bCs w:val="0"/>
          <w:sz w:val="24"/>
          <w:szCs w:val="24"/>
        </w:rPr>
        <w:t xml:space="preserve"> </w:t>
      </w:r>
      <w:r w:rsidRPr="0801B811" w:rsidR="1D92A97B">
        <w:rPr>
          <w:b w:val="0"/>
          <w:bCs w:val="0"/>
          <w:sz w:val="24"/>
          <w:szCs w:val="24"/>
        </w:rPr>
        <w:t xml:space="preserve">info </w:t>
      </w:r>
      <w:r w:rsidRPr="0801B811" w:rsidR="1D92A97B">
        <w:rPr>
          <w:b w:val="0"/>
          <w:bCs w:val="0"/>
          <w:sz w:val="24"/>
          <w:szCs w:val="24"/>
        </w:rPr>
        <w:t>kring</w:t>
      </w:r>
      <w:r w:rsidRPr="0801B811" w:rsidR="1D92A97B">
        <w:rPr>
          <w:b w:val="0"/>
          <w:bCs w:val="0"/>
          <w:sz w:val="24"/>
          <w:szCs w:val="24"/>
        </w:rPr>
        <w:t xml:space="preserve"> dessa </w:t>
      </w:r>
      <w:r w:rsidRPr="0801B811" w:rsidR="1D92A97B">
        <w:rPr>
          <w:b w:val="0"/>
          <w:bCs w:val="0"/>
          <w:sz w:val="24"/>
          <w:szCs w:val="24"/>
        </w:rPr>
        <w:t>dagar</w:t>
      </w:r>
      <w:r w:rsidRPr="0801B811" w:rsidR="1D92A97B">
        <w:rPr>
          <w:b w:val="0"/>
          <w:bCs w:val="0"/>
          <w:sz w:val="24"/>
          <w:szCs w:val="24"/>
        </w:rPr>
        <w:t xml:space="preserve">, </w:t>
      </w:r>
      <w:r w:rsidRPr="0801B811" w:rsidR="1D92A97B">
        <w:rPr>
          <w:b w:val="0"/>
          <w:bCs w:val="0"/>
          <w:sz w:val="24"/>
          <w:szCs w:val="24"/>
        </w:rPr>
        <w:t>en</w:t>
      </w:r>
      <w:r w:rsidRPr="0801B811" w:rsidR="1D92A97B">
        <w:rPr>
          <w:b w:val="0"/>
          <w:bCs w:val="0"/>
          <w:sz w:val="24"/>
          <w:szCs w:val="24"/>
        </w:rPr>
        <w:t xml:space="preserve"> fin </w:t>
      </w:r>
      <w:r w:rsidRPr="0801B811" w:rsidR="1D92A97B">
        <w:rPr>
          <w:b w:val="0"/>
          <w:bCs w:val="0"/>
          <w:sz w:val="24"/>
          <w:szCs w:val="24"/>
        </w:rPr>
        <w:t>plattform</w:t>
      </w:r>
      <w:r w:rsidRPr="0801B811" w:rsidR="1D92A97B">
        <w:rPr>
          <w:b w:val="0"/>
          <w:bCs w:val="0"/>
          <w:sz w:val="24"/>
          <w:szCs w:val="24"/>
        </w:rPr>
        <w:t xml:space="preserve"> för </w:t>
      </w:r>
      <w:r w:rsidRPr="0801B811" w:rsidR="1D92A97B">
        <w:rPr>
          <w:b w:val="0"/>
          <w:bCs w:val="0"/>
          <w:sz w:val="24"/>
          <w:szCs w:val="24"/>
        </w:rPr>
        <w:t>oss</w:t>
      </w:r>
      <w:r w:rsidRPr="0801B811" w:rsidR="1D92A97B">
        <w:rPr>
          <w:b w:val="0"/>
          <w:bCs w:val="0"/>
          <w:sz w:val="24"/>
          <w:szCs w:val="24"/>
        </w:rPr>
        <w:t xml:space="preserve"> </w:t>
      </w:r>
      <w:r w:rsidRPr="0801B811" w:rsidR="1D92A97B">
        <w:rPr>
          <w:b w:val="0"/>
          <w:bCs w:val="0"/>
          <w:sz w:val="24"/>
          <w:szCs w:val="24"/>
        </w:rPr>
        <w:t>att</w:t>
      </w:r>
      <w:r w:rsidRPr="0801B811" w:rsidR="1D92A97B">
        <w:rPr>
          <w:b w:val="0"/>
          <w:bCs w:val="0"/>
          <w:sz w:val="24"/>
          <w:szCs w:val="24"/>
        </w:rPr>
        <w:t xml:space="preserve"> </w:t>
      </w:r>
      <w:r w:rsidRPr="0801B811" w:rsidR="1D92A97B">
        <w:rPr>
          <w:b w:val="0"/>
          <w:bCs w:val="0"/>
          <w:sz w:val="24"/>
          <w:szCs w:val="24"/>
        </w:rPr>
        <w:t>synas</w:t>
      </w:r>
      <w:r w:rsidRPr="0801B811" w:rsidR="1D92A97B">
        <w:rPr>
          <w:b w:val="0"/>
          <w:bCs w:val="0"/>
          <w:sz w:val="24"/>
          <w:szCs w:val="24"/>
        </w:rPr>
        <w:t xml:space="preserve"> </w:t>
      </w:r>
      <w:r w:rsidRPr="0801B811" w:rsidR="1D92A97B">
        <w:rPr>
          <w:b w:val="0"/>
          <w:bCs w:val="0"/>
          <w:sz w:val="24"/>
          <w:szCs w:val="24"/>
        </w:rPr>
        <w:t>på</w:t>
      </w:r>
      <w:r w:rsidRPr="0801B811" w:rsidR="1D92A97B">
        <w:rPr>
          <w:b w:val="0"/>
          <w:bCs w:val="0"/>
          <w:sz w:val="24"/>
          <w:szCs w:val="24"/>
        </w:rPr>
        <w:t xml:space="preserve">.  </w:t>
      </w:r>
      <w:r w:rsidRPr="0801B811" w:rsidR="1D92A97B">
        <w:rPr>
          <w:b w:val="0"/>
          <w:bCs w:val="0"/>
          <w:sz w:val="24"/>
          <w:szCs w:val="24"/>
        </w:rPr>
        <w:t>Sara</w:t>
      </w:r>
      <w:r w:rsidRPr="0801B811" w:rsidR="131658E4">
        <w:rPr>
          <w:b w:val="0"/>
          <w:bCs w:val="0"/>
          <w:sz w:val="24"/>
          <w:szCs w:val="24"/>
        </w:rPr>
        <w:t>,</w:t>
      </w:r>
      <w:r w:rsidRPr="0801B811" w:rsidR="1D92A97B">
        <w:rPr>
          <w:b w:val="0"/>
          <w:bCs w:val="0"/>
          <w:sz w:val="24"/>
          <w:szCs w:val="24"/>
        </w:rPr>
        <w:t xml:space="preserve"> </w:t>
      </w:r>
      <w:r w:rsidRPr="0801B811" w:rsidR="1D92A97B">
        <w:rPr>
          <w:b w:val="0"/>
          <w:bCs w:val="0"/>
          <w:sz w:val="24"/>
          <w:szCs w:val="24"/>
        </w:rPr>
        <w:t>Aysegül</w:t>
      </w:r>
      <w:r w:rsidRPr="0801B811" w:rsidR="000EA1A9">
        <w:rPr>
          <w:b w:val="0"/>
          <w:bCs w:val="0"/>
          <w:sz w:val="24"/>
          <w:szCs w:val="24"/>
        </w:rPr>
        <w:t>,</w:t>
      </w:r>
      <w:r w:rsidRPr="0801B811" w:rsidR="000EA1A9">
        <w:rPr>
          <w:b w:val="0"/>
          <w:bCs w:val="0"/>
          <w:sz w:val="24"/>
          <w:szCs w:val="24"/>
        </w:rPr>
        <w:t xml:space="preserve"> Emma / J</w:t>
      </w:r>
      <w:r w:rsidRPr="0801B811" w:rsidR="2AE14FAC">
        <w:rPr>
          <w:b w:val="0"/>
          <w:bCs w:val="0"/>
          <w:sz w:val="24"/>
          <w:szCs w:val="24"/>
        </w:rPr>
        <w:t>osefin</w:t>
      </w:r>
      <w:r w:rsidRPr="0801B811" w:rsidR="7A781558">
        <w:rPr>
          <w:b w:val="0"/>
          <w:bCs w:val="0"/>
          <w:sz w:val="24"/>
          <w:szCs w:val="24"/>
        </w:rPr>
        <w:t xml:space="preserve"> och</w:t>
      </w:r>
      <w:r w:rsidRPr="0801B811" w:rsidR="2AE14FAC">
        <w:rPr>
          <w:b w:val="0"/>
          <w:bCs w:val="0"/>
          <w:sz w:val="24"/>
          <w:szCs w:val="24"/>
        </w:rPr>
        <w:t xml:space="preserve"> Malin</w:t>
      </w:r>
      <w:r w:rsidRPr="0801B811" w:rsidR="1E774662">
        <w:rPr>
          <w:b w:val="0"/>
          <w:bCs w:val="0"/>
          <w:sz w:val="24"/>
          <w:szCs w:val="24"/>
        </w:rPr>
        <w:t xml:space="preserve"> </w:t>
      </w:r>
      <w:r w:rsidRPr="0801B811" w:rsidR="000EA1A9">
        <w:rPr>
          <w:b w:val="0"/>
          <w:bCs w:val="0"/>
          <w:sz w:val="24"/>
          <w:szCs w:val="24"/>
        </w:rPr>
        <w:t xml:space="preserve">och  </w:t>
      </w:r>
      <w:r w:rsidRPr="0801B811" w:rsidR="1D92A97B">
        <w:rPr>
          <w:b w:val="0"/>
          <w:bCs w:val="0"/>
          <w:sz w:val="24"/>
          <w:szCs w:val="24"/>
        </w:rPr>
        <w:t>erbjuder</w:t>
      </w:r>
      <w:r w:rsidRPr="0801B811" w:rsidR="1D92A97B">
        <w:rPr>
          <w:b w:val="0"/>
          <w:bCs w:val="0"/>
          <w:sz w:val="24"/>
          <w:szCs w:val="24"/>
        </w:rPr>
        <w:t xml:space="preserve"> sig </w:t>
      </w:r>
      <w:r w:rsidRPr="0801B811" w:rsidR="1D92A97B">
        <w:rPr>
          <w:b w:val="0"/>
          <w:bCs w:val="0"/>
          <w:sz w:val="24"/>
          <w:szCs w:val="24"/>
        </w:rPr>
        <w:t>att</w:t>
      </w:r>
      <w:r w:rsidRPr="0801B811" w:rsidR="1D92A97B">
        <w:rPr>
          <w:b w:val="0"/>
          <w:bCs w:val="0"/>
          <w:sz w:val="24"/>
          <w:szCs w:val="24"/>
        </w:rPr>
        <w:t xml:space="preserve"> delta</w:t>
      </w:r>
      <w:r w:rsidRPr="0801B811" w:rsidR="1D4E7697">
        <w:rPr>
          <w:b w:val="0"/>
          <w:bCs w:val="0"/>
          <w:sz w:val="24"/>
          <w:szCs w:val="24"/>
        </w:rPr>
        <w:t>,</w:t>
      </w:r>
      <w:r w:rsidRPr="0801B811" w:rsidR="7C994B33">
        <w:rPr>
          <w:b w:val="0"/>
          <w:bCs w:val="0"/>
          <w:sz w:val="24"/>
          <w:szCs w:val="24"/>
        </w:rPr>
        <w:t xml:space="preserve"> </w:t>
      </w:r>
      <w:r w:rsidRPr="0801B811" w:rsidR="7C994B33">
        <w:rPr>
          <w:b w:val="0"/>
          <w:bCs w:val="0"/>
          <w:sz w:val="24"/>
          <w:szCs w:val="24"/>
        </w:rPr>
        <w:t xml:space="preserve">Aysegül </w:t>
      </w:r>
      <w:r w:rsidRPr="0801B811" w:rsidR="7C994B33">
        <w:rPr>
          <w:b w:val="0"/>
          <w:bCs w:val="0"/>
          <w:sz w:val="24"/>
          <w:szCs w:val="24"/>
        </w:rPr>
        <w:t>bokar</w:t>
      </w:r>
      <w:r w:rsidRPr="0801B811" w:rsidR="7C994B33">
        <w:rPr>
          <w:b w:val="0"/>
          <w:bCs w:val="0"/>
          <w:sz w:val="24"/>
          <w:szCs w:val="24"/>
        </w:rPr>
        <w:t xml:space="preserve"> </w:t>
      </w:r>
      <w:r w:rsidRPr="0801B811" w:rsidR="7C994B33">
        <w:rPr>
          <w:b w:val="0"/>
          <w:bCs w:val="0"/>
          <w:sz w:val="24"/>
          <w:szCs w:val="24"/>
        </w:rPr>
        <w:t>utställ</w:t>
      </w:r>
      <w:r w:rsidRPr="0801B811" w:rsidR="585D0777">
        <w:rPr>
          <w:b w:val="0"/>
          <w:bCs w:val="0"/>
          <w:sz w:val="24"/>
          <w:szCs w:val="24"/>
        </w:rPr>
        <w:t>nings</w:t>
      </w:r>
      <w:r w:rsidRPr="0801B811" w:rsidR="7C994B33">
        <w:rPr>
          <w:b w:val="0"/>
          <w:bCs w:val="0"/>
          <w:sz w:val="24"/>
          <w:szCs w:val="24"/>
        </w:rPr>
        <w:t>plats</w:t>
      </w:r>
      <w:r w:rsidRPr="0801B811" w:rsidR="7C994B33">
        <w:rPr>
          <w:b w:val="0"/>
          <w:bCs w:val="0"/>
          <w:sz w:val="24"/>
          <w:szCs w:val="24"/>
        </w:rPr>
        <w:t>.</w:t>
      </w:r>
    </w:p>
    <w:p w:rsidR="770439E6" w:rsidP="05413FEA" w:rsidRDefault="770439E6" w14:paraId="3FA2F7C2" w14:textId="66E6CE08">
      <w:pPr>
        <w:pStyle w:val="Normal"/>
        <w:jc w:val="left"/>
      </w:pPr>
      <w:r w:rsidRPr="0801B811" w:rsidR="770439E6">
        <w:rPr>
          <w:b w:val="0"/>
          <w:bCs w:val="0"/>
          <w:sz w:val="24"/>
          <w:szCs w:val="24"/>
        </w:rPr>
        <w:t>§9</w:t>
      </w:r>
      <w:r>
        <w:tab/>
      </w:r>
      <w:r w:rsidRPr="0801B811" w:rsidR="770439E6">
        <w:rPr>
          <w:b w:val="0"/>
          <w:bCs w:val="0"/>
          <w:sz w:val="24"/>
          <w:szCs w:val="24"/>
        </w:rPr>
        <w:t xml:space="preserve">Elina </w:t>
      </w:r>
      <w:r w:rsidRPr="0801B811" w:rsidR="770439E6">
        <w:rPr>
          <w:b w:val="0"/>
          <w:bCs w:val="0"/>
          <w:sz w:val="24"/>
          <w:szCs w:val="24"/>
        </w:rPr>
        <w:t>deltar</w:t>
      </w:r>
      <w:r w:rsidRPr="0801B811" w:rsidR="770439E6">
        <w:rPr>
          <w:b w:val="0"/>
          <w:bCs w:val="0"/>
          <w:sz w:val="24"/>
          <w:szCs w:val="24"/>
        </w:rPr>
        <w:t xml:space="preserve"> </w:t>
      </w:r>
      <w:r w:rsidRPr="0801B811" w:rsidR="770439E6">
        <w:rPr>
          <w:b w:val="0"/>
          <w:bCs w:val="0"/>
          <w:sz w:val="24"/>
          <w:szCs w:val="24"/>
        </w:rPr>
        <w:t>i</w:t>
      </w:r>
      <w:r w:rsidRPr="0801B811" w:rsidR="770439E6">
        <w:rPr>
          <w:b w:val="0"/>
          <w:bCs w:val="0"/>
          <w:sz w:val="24"/>
          <w:szCs w:val="24"/>
        </w:rPr>
        <w:t xml:space="preserve"> </w:t>
      </w:r>
      <w:r w:rsidRPr="0801B811" w:rsidR="770439E6">
        <w:rPr>
          <w:b w:val="0"/>
          <w:bCs w:val="0"/>
          <w:sz w:val="24"/>
          <w:szCs w:val="24"/>
        </w:rPr>
        <w:t>panel</w:t>
      </w:r>
      <w:r w:rsidRPr="0801B811" w:rsidR="69B720DA">
        <w:rPr>
          <w:b w:val="0"/>
          <w:bCs w:val="0"/>
          <w:sz w:val="24"/>
          <w:szCs w:val="24"/>
        </w:rPr>
        <w:t>samtal</w:t>
      </w:r>
      <w:r w:rsidRPr="0801B811" w:rsidR="69B720DA">
        <w:rPr>
          <w:b w:val="0"/>
          <w:bCs w:val="0"/>
          <w:sz w:val="24"/>
          <w:szCs w:val="24"/>
        </w:rPr>
        <w:t xml:space="preserve"> med MUCF 27 </w:t>
      </w:r>
      <w:r w:rsidRPr="0801B811" w:rsidR="69B720DA">
        <w:rPr>
          <w:b w:val="0"/>
          <w:bCs w:val="0"/>
          <w:sz w:val="24"/>
          <w:szCs w:val="24"/>
        </w:rPr>
        <w:t>november</w:t>
      </w:r>
      <w:r w:rsidRPr="0801B811" w:rsidR="69B720DA">
        <w:rPr>
          <w:b w:val="0"/>
          <w:bCs w:val="0"/>
          <w:sz w:val="24"/>
          <w:szCs w:val="24"/>
        </w:rPr>
        <w:t xml:space="preserve"> (</w:t>
      </w:r>
      <w:r w:rsidRPr="0801B811" w:rsidR="69B720DA">
        <w:rPr>
          <w:b w:val="0"/>
          <w:bCs w:val="0"/>
          <w:sz w:val="24"/>
          <w:szCs w:val="24"/>
        </w:rPr>
        <w:t>sprid</w:t>
      </w:r>
      <w:r w:rsidRPr="0801B811" w:rsidR="69B720DA">
        <w:rPr>
          <w:b w:val="0"/>
          <w:bCs w:val="0"/>
          <w:sz w:val="24"/>
          <w:szCs w:val="24"/>
        </w:rPr>
        <w:t xml:space="preserve"> </w:t>
      </w:r>
      <w:r w:rsidRPr="0801B811" w:rsidR="69B720DA">
        <w:rPr>
          <w:b w:val="0"/>
          <w:bCs w:val="0"/>
          <w:sz w:val="24"/>
          <w:szCs w:val="24"/>
        </w:rPr>
        <w:t>eventet</w:t>
      </w:r>
      <w:r w:rsidRPr="0801B811" w:rsidR="69B720DA">
        <w:rPr>
          <w:b w:val="0"/>
          <w:bCs w:val="0"/>
          <w:sz w:val="24"/>
          <w:szCs w:val="24"/>
        </w:rPr>
        <w:t>)</w:t>
      </w:r>
      <w:r w:rsidRPr="0801B811" w:rsidR="2140DC3D">
        <w:rPr>
          <w:b w:val="0"/>
          <w:bCs w:val="0"/>
          <w:sz w:val="24"/>
          <w:szCs w:val="24"/>
        </w:rPr>
        <w:t xml:space="preserve"> </w:t>
      </w:r>
    </w:p>
    <w:p w:rsidR="69B720DA" w:rsidP="0801B811" w:rsidRDefault="69B720DA" w14:paraId="06A4D803" w14:textId="6FBD4FE6">
      <w:pPr>
        <w:pStyle w:val="Normal"/>
        <w:jc w:val="left"/>
        <w:rPr>
          <w:b w:val="0"/>
          <w:bCs w:val="0"/>
          <w:sz w:val="24"/>
          <w:szCs w:val="24"/>
        </w:rPr>
      </w:pPr>
      <w:r w:rsidRPr="4F79149D" w:rsidR="69B720DA">
        <w:rPr>
          <w:b w:val="0"/>
          <w:bCs w:val="0"/>
          <w:sz w:val="24"/>
          <w:szCs w:val="24"/>
        </w:rPr>
        <w:t>§10</w:t>
      </w:r>
      <w:r>
        <w:tab/>
      </w:r>
      <w:r w:rsidRPr="4F79149D" w:rsidR="69B720DA">
        <w:rPr>
          <w:b w:val="0"/>
          <w:bCs w:val="0"/>
          <w:sz w:val="24"/>
          <w:szCs w:val="24"/>
        </w:rPr>
        <w:t>Barnmorske</w:t>
      </w:r>
      <w:r w:rsidRPr="4F79149D" w:rsidR="45F9857A">
        <w:rPr>
          <w:b w:val="0"/>
          <w:bCs w:val="0"/>
          <w:sz w:val="24"/>
          <w:szCs w:val="24"/>
        </w:rPr>
        <w:t xml:space="preserve">förbundets </w:t>
      </w:r>
      <w:r w:rsidRPr="4F79149D" w:rsidR="45F9857A">
        <w:rPr>
          <w:b w:val="0"/>
          <w:bCs w:val="0"/>
          <w:sz w:val="24"/>
          <w:szCs w:val="24"/>
        </w:rPr>
        <w:t>arbete</w:t>
      </w:r>
      <w:r w:rsidRPr="4F79149D" w:rsidR="69B720DA">
        <w:rPr>
          <w:b w:val="0"/>
          <w:bCs w:val="0"/>
          <w:sz w:val="24"/>
          <w:szCs w:val="24"/>
        </w:rPr>
        <w:t xml:space="preserve"> (</w:t>
      </w:r>
      <w:r w:rsidRPr="4F79149D" w:rsidR="68188919">
        <w:rPr>
          <w:b w:val="0"/>
          <w:bCs w:val="0"/>
          <w:sz w:val="24"/>
          <w:szCs w:val="24"/>
        </w:rPr>
        <w:t xml:space="preserve">bl </w:t>
      </w:r>
      <w:r w:rsidRPr="4F79149D" w:rsidR="68188919">
        <w:rPr>
          <w:b w:val="0"/>
          <w:bCs w:val="0"/>
          <w:sz w:val="24"/>
          <w:szCs w:val="24"/>
        </w:rPr>
        <w:t>a</w:t>
      </w:r>
      <w:r w:rsidRPr="4F79149D" w:rsidR="68188919">
        <w:rPr>
          <w:b w:val="0"/>
          <w:bCs w:val="0"/>
          <w:sz w:val="24"/>
          <w:szCs w:val="24"/>
        </w:rPr>
        <w:t xml:space="preserve"> om </w:t>
      </w:r>
      <w:r w:rsidRPr="4F79149D" w:rsidR="5EB32D25">
        <w:rPr>
          <w:b w:val="0"/>
          <w:bCs w:val="0"/>
          <w:sz w:val="24"/>
          <w:szCs w:val="24"/>
        </w:rPr>
        <w:t>utökning</w:t>
      </w:r>
      <w:r w:rsidRPr="4F79149D" w:rsidR="5EB32D25">
        <w:rPr>
          <w:b w:val="0"/>
          <w:bCs w:val="0"/>
          <w:sz w:val="24"/>
          <w:szCs w:val="24"/>
        </w:rPr>
        <w:t xml:space="preserve"> av </w:t>
      </w:r>
      <w:r w:rsidRPr="4F79149D" w:rsidR="69B720DA">
        <w:rPr>
          <w:b w:val="0"/>
          <w:bCs w:val="0"/>
          <w:sz w:val="24"/>
          <w:szCs w:val="24"/>
        </w:rPr>
        <w:t>förskrivningrätt</w:t>
      </w:r>
      <w:r w:rsidRPr="4F79149D" w:rsidR="69B720DA">
        <w:rPr>
          <w:b w:val="0"/>
          <w:bCs w:val="0"/>
          <w:sz w:val="24"/>
          <w:szCs w:val="24"/>
        </w:rPr>
        <w:t>)</w:t>
      </w:r>
      <w:r w:rsidRPr="4F79149D" w:rsidR="19061425">
        <w:rPr>
          <w:b w:val="0"/>
          <w:bCs w:val="0"/>
          <w:sz w:val="24"/>
          <w:szCs w:val="24"/>
        </w:rPr>
        <w:t>,</w:t>
      </w:r>
      <w:r w:rsidRPr="4F79149D" w:rsidR="19061425">
        <w:rPr>
          <w:b w:val="0"/>
          <w:bCs w:val="0"/>
          <w:sz w:val="24"/>
          <w:szCs w:val="24"/>
        </w:rPr>
        <w:t xml:space="preserve"> Hannah</w:t>
      </w:r>
      <w:r w:rsidRPr="4F79149D" w:rsidR="1C28ACCD">
        <w:rPr>
          <w:b w:val="0"/>
          <w:bCs w:val="0"/>
          <w:sz w:val="24"/>
          <w:szCs w:val="24"/>
        </w:rPr>
        <w:t xml:space="preserve"> </w:t>
      </w:r>
      <w:r w:rsidRPr="4F79149D" w:rsidR="19061425">
        <w:rPr>
          <w:b w:val="0"/>
          <w:bCs w:val="0"/>
          <w:sz w:val="24"/>
          <w:szCs w:val="24"/>
        </w:rPr>
        <w:t xml:space="preserve"> </w:t>
      </w:r>
      <w:r w:rsidRPr="4F79149D" w:rsidR="19061425">
        <w:rPr>
          <w:b w:val="0"/>
          <w:bCs w:val="0"/>
          <w:sz w:val="24"/>
          <w:szCs w:val="24"/>
        </w:rPr>
        <w:t>informerar</w:t>
      </w:r>
      <w:r w:rsidRPr="4F79149D" w:rsidR="19061425">
        <w:rPr>
          <w:b w:val="0"/>
          <w:bCs w:val="0"/>
          <w:sz w:val="24"/>
          <w:szCs w:val="24"/>
        </w:rPr>
        <w:t xml:space="preserve"> om </w:t>
      </w:r>
      <w:r w:rsidRPr="4F79149D" w:rsidR="0FB4E90D">
        <w:rPr>
          <w:b w:val="0"/>
          <w:bCs w:val="0"/>
          <w:sz w:val="24"/>
          <w:szCs w:val="24"/>
        </w:rPr>
        <w:t xml:space="preserve"> </w:t>
      </w:r>
      <w:r w:rsidRPr="4F79149D" w:rsidR="4B318DB7">
        <w:rPr>
          <w:b w:val="0"/>
          <w:bCs w:val="0"/>
          <w:sz w:val="24"/>
          <w:szCs w:val="24"/>
        </w:rPr>
        <w:t>s</w:t>
      </w:r>
      <w:r w:rsidRPr="4F79149D" w:rsidR="0FB4E90D">
        <w:rPr>
          <w:b w:val="0"/>
          <w:bCs w:val="0"/>
          <w:sz w:val="24"/>
          <w:szCs w:val="24"/>
        </w:rPr>
        <w:t>enaste</w:t>
      </w:r>
      <w:r w:rsidRPr="4F79149D" w:rsidR="0FB4E90D">
        <w:rPr>
          <w:b w:val="0"/>
          <w:bCs w:val="0"/>
          <w:sz w:val="24"/>
          <w:szCs w:val="24"/>
        </w:rPr>
        <w:t xml:space="preserve"> </w:t>
      </w:r>
      <w:r w:rsidRPr="4F79149D" w:rsidR="0FB4E90D">
        <w:rPr>
          <w:b w:val="0"/>
          <w:bCs w:val="0"/>
          <w:sz w:val="24"/>
          <w:szCs w:val="24"/>
        </w:rPr>
        <w:t>mötet</w:t>
      </w:r>
      <w:r w:rsidRPr="4F79149D" w:rsidR="0FB4E90D">
        <w:rPr>
          <w:b w:val="0"/>
          <w:bCs w:val="0"/>
          <w:sz w:val="24"/>
          <w:szCs w:val="24"/>
        </w:rPr>
        <w:t xml:space="preserve"> </w:t>
      </w:r>
      <w:r w:rsidRPr="4F79149D" w:rsidR="0FB4E90D">
        <w:rPr>
          <w:b w:val="0"/>
          <w:bCs w:val="0"/>
          <w:sz w:val="24"/>
          <w:szCs w:val="24"/>
        </w:rPr>
        <w:t xml:space="preserve"> </w:t>
      </w:r>
      <w:r w:rsidRPr="4F79149D" w:rsidR="69B720DA">
        <w:rPr>
          <w:b w:val="0"/>
          <w:bCs w:val="0"/>
          <w:sz w:val="24"/>
          <w:szCs w:val="24"/>
        </w:rPr>
        <w:t xml:space="preserve">Hannah </w:t>
      </w:r>
      <w:r w:rsidRPr="4F79149D" w:rsidR="2C9270C4">
        <w:rPr>
          <w:b w:val="0"/>
          <w:bCs w:val="0"/>
          <w:sz w:val="24"/>
          <w:szCs w:val="24"/>
        </w:rPr>
        <w:t>håller</w:t>
      </w:r>
      <w:r w:rsidRPr="4F79149D" w:rsidR="2C9270C4">
        <w:rPr>
          <w:b w:val="0"/>
          <w:bCs w:val="0"/>
          <w:sz w:val="24"/>
          <w:szCs w:val="24"/>
        </w:rPr>
        <w:t xml:space="preserve"> </w:t>
      </w:r>
      <w:r w:rsidRPr="4F79149D" w:rsidR="2C9270C4">
        <w:rPr>
          <w:b w:val="0"/>
          <w:bCs w:val="0"/>
          <w:sz w:val="24"/>
          <w:szCs w:val="24"/>
        </w:rPr>
        <w:t>oss</w:t>
      </w:r>
      <w:r w:rsidRPr="4F79149D" w:rsidR="2C9270C4">
        <w:rPr>
          <w:b w:val="0"/>
          <w:bCs w:val="0"/>
          <w:sz w:val="24"/>
          <w:szCs w:val="24"/>
        </w:rPr>
        <w:t xml:space="preserve"> </w:t>
      </w:r>
      <w:r w:rsidRPr="4F79149D" w:rsidR="2C9270C4">
        <w:rPr>
          <w:b w:val="0"/>
          <w:bCs w:val="0"/>
          <w:sz w:val="24"/>
          <w:szCs w:val="24"/>
        </w:rPr>
        <w:t>uppdaterande</w:t>
      </w:r>
      <w:r w:rsidRPr="4F79149D" w:rsidR="0CA96F96">
        <w:rPr>
          <w:b w:val="0"/>
          <w:bCs w:val="0"/>
          <w:sz w:val="24"/>
          <w:szCs w:val="24"/>
        </w:rPr>
        <w:t xml:space="preserve"> </w:t>
      </w:r>
      <w:r w:rsidRPr="4F79149D" w:rsidR="0CA96F96">
        <w:rPr>
          <w:b w:val="0"/>
          <w:bCs w:val="0"/>
          <w:sz w:val="24"/>
          <w:szCs w:val="24"/>
        </w:rPr>
        <w:t>i</w:t>
      </w:r>
      <w:r w:rsidRPr="4F79149D" w:rsidR="0CA96F96">
        <w:rPr>
          <w:b w:val="0"/>
          <w:bCs w:val="0"/>
          <w:sz w:val="24"/>
          <w:szCs w:val="24"/>
        </w:rPr>
        <w:t xml:space="preserve"> </w:t>
      </w:r>
      <w:r w:rsidRPr="4F79149D" w:rsidR="0CA96F96">
        <w:rPr>
          <w:b w:val="0"/>
          <w:bCs w:val="0"/>
          <w:sz w:val="24"/>
          <w:szCs w:val="24"/>
        </w:rPr>
        <w:t>denna</w:t>
      </w:r>
      <w:r w:rsidRPr="4F79149D" w:rsidR="0CA96F96">
        <w:rPr>
          <w:b w:val="0"/>
          <w:bCs w:val="0"/>
          <w:sz w:val="24"/>
          <w:szCs w:val="24"/>
        </w:rPr>
        <w:t xml:space="preserve"> </w:t>
      </w:r>
      <w:r w:rsidRPr="4F79149D" w:rsidR="0CA96F96">
        <w:rPr>
          <w:b w:val="0"/>
          <w:bCs w:val="0"/>
          <w:sz w:val="24"/>
          <w:szCs w:val="24"/>
        </w:rPr>
        <w:t>fråga</w:t>
      </w:r>
      <w:r w:rsidRPr="4F79149D" w:rsidR="0CA96F96">
        <w:rPr>
          <w:b w:val="0"/>
          <w:bCs w:val="0"/>
          <w:sz w:val="24"/>
          <w:szCs w:val="24"/>
        </w:rPr>
        <w:t xml:space="preserve"> </w:t>
      </w:r>
      <w:r w:rsidRPr="4F79149D" w:rsidR="0CA96F96">
        <w:rPr>
          <w:b w:val="0"/>
          <w:bCs w:val="0"/>
          <w:sz w:val="24"/>
          <w:szCs w:val="24"/>
        </w:rPr>
        <w:t>framgent</w:t>
      </w:r>
      <w:r w:rsidRPr="4F79149D" w:rsidR="0CA96F96">
        <w:rPr>
          <w:b w:val="0"/>
          <w:bCs w:val="0"/>
          <w:sz w:val="24"/>
          <w:szCs w:val="24"/>
        </w:rPr>
        <w:t>.</w:t>
      </w:r>
    </w:p>
    <w:p w:rsidR="69B720DA" w:rsidP="05413FEA" w:rsidRDefault="69B720DA" w14:paraId="5202FAD9" w14:textId="0AA40E0A">
      <w:pPr>
        <w:pStyle w:val="Normal"/>
        <w:jc w:val="left"/>
      </w:pPr>
      <w:r w:rsidRPr="0801B811" w:rsidR="69B720DA">
        <w:rPr>
          <w:b w:val="0"/>
          <w:bCs w:val="0"/>
          <w:sz w:val="24"/>
          <w:szCs w:val="24"/>
        </w:rPr>
        <w:t>§11</w:t>
      </w:r>
      <w:r>
        <w:tab/>
      </w:r>
      <w:r w:rsidRPr="0801B811" w:rsidR="04935774">
        <w:rPr>
          <w:b w:val="0"/>
          <w:bCs w:val="0"/>
          <w:sz w:val="24"/>
          <w:szCs w:val="24"/>
        </w:rPr>
        <w:t>Sexualpolitiskt forum 3/10</w:t>
      </w:r>
      <w:r w:rsidRPr="0801B811" w:rsidR="69B720DA">
        <w:rPr>
          <w:b w:val="0"/>
          <w:bCs w:val="0"/>
          <w:sz w:val="24"/>
          <w:szCs w:val="24"/>
        </w:rPr>
        <w:t xml:space="preserve"> </w:t>
      </w:r>
      <w:r w:rsidRPr="0801B811" w:rsidR="4C834902">
        <w:rPr>
          <w:b w:val="0"/>
          <w:bCs w:val="0"/>
          <w:sz w:val="24"/>
          <w:szCs w:val="24"/>
        </w:rPr>
        <w:t>/</w:t>
      </w:r>
      <w:r w:rsidRPr="0801B811" w:rsidR="69B720DA">
        <w:rPr>
          <w:b w:val="0"/>
          <w:bCs w:val="0"/>
          <w:sz w:val="24"/>
          <w:szCs w:val="24"/>
        </w:rPr>
        <w:t xml:space="preserve">Hannah </w:t>
      </w:r>
      <w:r w:rsidRPr="0801B811" w:rsidR="2D6794B9">
        <w:rPr>
          <w:b w:val="0"/>
          <w:bCs w:val="0"/>
          <w:sz w:val="24"/>
          <w:szCs w:val="24"/>
        </w:rPr>
        <w:t>berättar</w:t>
      </w:r>
      <w:r w:rsidRPr="0801B811" w:rsidR="2D6794B9">
        <w:rPr>
          <w:b w:val="0"/>
          <w:bCs w:val="0"/>
          <w:sz w:val="24"/>
          <w:szCs w:val="24"/>
        </w:rPr>
        <w:t xml:space="preserve"> o</w:t>
      </w:r>
      <w:r w:rsidRPr="0801B811" w:rsidR="5E7BE79F">
        <w:rPr>
          <w:b w:val="0"/>
          <w:bCs w:val="0"/>
          <w:sz w:val="24"/>
          <w:szCs w:val="24"/>
        </w:rPr>
        <w:t xml:space="preserve">m </w:t>
      </w:r>
      <w:r w:rsidRPr="0801B811" w:rsidR="5E7BE79F">
        <w:rPr>
          <w:b w:val="0"/>
          <w:bCs w:val="0"/>
          <w:sz w:val="24"/>
          <w:szCs w:val="24"/>
        </w:rPr>
        <w:t>hennes</w:t>
      </w:r>
      <w:r w:rsidRPr="0801B811" w:rsidR="5E7BE79F">
        <w:rPr>
          <w:b w:val="0"/>
          <w:bCs w:val="0"/>
          <w:sz w:val="24"/>
          <w:szCs w:val="24"/>
        </w:rPr>
        <w:t xml:space="preserve"> </w:t>
      </w:r>
      <w:r w:rsidRPr="0801B811" w:rsidR="5E7BE79F">
        <w:rPr>
          <w:b w:val="0"/>
          <w:bCs w:val="0"/>
          <w:sz w:val="24"/>
          <w:szCs w:val="24"/>
        </w:rPr>
        <w:t>medverkan</w:t>
      </w:r>
      <w:r w:rsidRPr="0801B811" w:rsidR="5E7BE79F">
        <w:rPr>
          <w:b w:val="0"/>
          <w:bCs w:val="0"/>
          <w:sz w:val="24"/>
          <w:szCs w:val="24"/>
        </w:rPr>
        <w:t xml:space="preserve"> </w:t>
      </w:r>
      <w:r w:rsidRPr="0801B811" w:rsidR="4DE441AC">
        <w:rPr>
          <w:b w:val="0"/>
          <w:bCs w:val="0"/>
          <w:sz w:val="24"/>
          <w:szCs w:val="24"/>
        </w:rPr>
        <w:t>tillsammans</w:t>
      </w:r>
      <w:r w:rsidRPr="0801B811" w:rsidR="4DE441AC">
        <w:rPr>
          <w:b w:val="0"/>
          <w:bCs w:val="0"/>
          <w:sz w:val="24"/>
          <w:szCs w:val="24"/>
        </w:rPr>
        <w:t xml:space="preserve"> med RFSU med </w:t>
      </w:r>
      <w:r w:rsidRPr="0801B811" w:rsidR="4DE441AC">
        <w:rPr>
          <w:b w:val="0"/>
          <w:bCs w:val="0"/>
          <w:sz w:val="24"/>
          <w:szCs w:val="24"/>
        </w:rPr>
        <w:t>temat</w:t>
      </w:r>
      <w:r w:rsidRPr="0801B811" w:rsidR="4DE441AC">
        <w:rPr>
          <w:b w:val="0"/>
          <w:bCs w:val="0"/>
          <w:sz w:val="24"/>
          <w:szCs w:val="24"/>
        </w:rPr>
        <w:t xml:space="preserve"> “</w:t>
      </w:r>
      <w:r w:rsidRPr="0801B811" w:rsidR="4DE441AC">
        <w:rPr>
          <w:b w:val="0"/>
          <w:bCs w:val="0"/>
          <w:sz w:val="24"/>
          <w:szCs w:val="24"/>
        </w:rPr>
        <w:t>hur</w:t>
      </w:r>
      <w:r w:rsidRPr="0801B811" w:rsidR="4DE441AC">
        <w:rPr>
          <w:b w:val="0"/>
          <w:bCs w:val="0"/>
          <w:sz w:val="24"/>
          <w:szCs w:val="24"/>
        </w:rPr>
        <w:t xml:space="preserve"> </w:t>
      </w:r>
      <w:r w:rsidRPr="0801B811" w:rsidR="4DE441AC">
        <w:rPr>
          <w:b w:val="0"/>
          <w:bCs w:val="0"/>
          <w:sz w:val="24"/>
          <w:szCs w:val="24"/>
        </w:rPr>
        <w:t>kan</w:t>
      </w:r>
      <w:r w:rsidRPr="0801B811" w:rsidR="4DE441AC">
        <w:rPr>
          <w:b w:val="0"/>
          <w:bCs w:val="0"/>
          <w:sz w:val="24"/>
          <w:szCs w:val="24"/>
        </w:rPr>
        <w:t xml:space="preserve"> vi </w:t>
      </w:r>
      <w:r w:rsidRPr="0801B811" w:rsidR="4DE441AC">
        <w:rPr>
          <w:b w:val="0"/>
          <w:bCs w:val="0"/>
          <w:sz w:val="24"/>
          <w:szCs w:val="24"/>
        </w:rPr>
        <w:t>få</w:t>
      </w:r>
      <w:r w:rsidRPr="0801B811" w:rsidR="4DE441AC">
        <w:rPr>
          <w:b w:val="0"/>
          <w:bCs w:val="0"/>
          <w:sz w:val="24"/>
          <w:szCs w:val="24"/>
        </w:rPr>
        <w:t xml:space="preserve"> </w:t>
      </w:r>
      <w:r w:rsidRPr="0801B811" w:rsidR="4DE441AC">
        <w:rPr>
          <w:b w:val="0"/>
          <w:bCs w:val="0"/>
          <w:sz w:val="24"/>
          <w:szCs w:val="24"/>
        </w:rPr>
        <w:t>fler</w:t>
      </w:r>
      <w:r w:rsidRPr="0801B811" w:rsidR="4DE441AC">
        <w:rPr>
          <w:b w:val="0"/>
          <w:bCs w:val="0"/>
          <w:sz w:val="24"/>
          <w:szCs w:val="24"/>
        </w:rPr>
        <w:t xml:space="preserve"> </w:t>
      </w:r>
      <w:r w:rsidRPr="0801B811" w:rsidR="4DE441AC">
        <w:rPr>
          <w:b w:val="0"/>
          <w:bCs w:val="0"/>
          <w:sz w:val="24"/>
          <w:szCs w:val="24"/>
        </w:rPr>
        <w:t>killar</w:t>
      </w:r>
      <w:r w:rsidRPr="0801B811" w:rsidR="4DE441AC">
        <w:rPr>
          <w:b w:val="0"/>
          <w:bCs w:val="0"/>
          <w:sz w:val="24"/>
          <w:szCs w:val="24"/>
        </w:rPr>
        <w:t xml:space="preserve"> </w:t>
      </w:r>
      <w:r w:rsidRPr="0801B811" w:rsidR="4DE441AC">
        <w:rPr>
          <w:b w:val="0"/>
          <w:bCs w:val="0"/>
          <w:sz w:val="24"/>
          <w:szCs w:val="24"/>
        </w:rPr>
        <w:t>att</w:t>
      </w:r>
      <w:r w:rsidRPr="0801B811" w:rsidR="4DE441AC">
        <w:rPr>
          <w:b w:val="0"/>
          <w:bCs w:val="0"/>
          <w:sz w:val="24"/>
          <w:szCs w:val="24"/>
        </w:rPr>
        <w:t xml:space="preserve"> </w:t>
      </w:r>
      <w:r w:rsidRPr="0801B811" w:rsidR="4DE441AC">
        <w:rPr>
          <w:b w:val="0"/>
          <w:bCs w:val="0"/>
          <w:sz w:val="24"/>
          <w:szCs w:val="24"/>
        </w:rPr>
        <w:t>komma</w:t>
      </w:r>
      <w:r w:rsidRPr="0801B811" w:rsidR="4DE441AC">
        <w:rPr>
          <w:b w:val="0"/>
          <w:bCs w:val="0"/>
          <w:sz w:val="24"/>
          <w:szCs w:val="24"/>
        </w:rPr>
        <w:t xml:space="preserve"> till </w:t>
      </w:r>
      <w:r w:rsidRPr="0801B811" w:rsidR="4DE441AC">
        <w:rPr>
          <w:b w:val="0"/>
          <w:bCs w:val="0"/>
          <w:sz w:val="24"/>
          <w:szCs w:val="24"/>
        </w:rPr>
        <w:t>våra</w:t>
      </w:r>
      <w:r w:rsidRPr="0801B811" w:rsidR="4DE441AC">
        <w:rPr>
          <w:b w:val="0"/>
          <w:bCs w:val="0"/>
          <w:sz w:val="24"/>
          <w:szCs w:val="24"/>
        </w:rPr>
        <w:t xml:space="preserve"> mottagningar”</w:t>
      </w:r>
    </w:p>
    <w:p w:rsidR="1491F104" w:rsidP="05413FEA" w:rsidRDefault="1491F104" w14:paraId="56BDFC98" w14:textId="46D6EBE4">
      <w:pPr>
        <w:pStyle w:val="Normal"/>
        <w:jc w:val="left"/>
      </w:pPr>
      <w:r w:rsidRPr="0801B811" w:rsidR="1491F104">
        <w:rPr>
          <w:b w:val="0"/>
          <w:bCs w:val="0"/>
          <w:sz w:val="24"/>
          <w:szCs w:val="24"/>
        </w:rPr>
        <w:t>§12</w:t>
      </w:r>
      <w:r>
        <w:tab/>
      </w:r>
      <w:r w:rsidRPr="0801B811" w:rsidR="1491F104">
        <w:rPr>
          <w:b w:val="0"/>
          <w:bCs w:val="0"/>
          <w:sz w:val="24"/>
          <w:szCs w:val="24"/>
        </w:rPr>
        <w:t xml:space="preserve">Ebba Tato </w:t>
      </w:r>
      <w:r w:rsidRPr="0801B811" w:rsidR="1491F104">
        <w:rPr>
          <w:b w:val="0"/>
          <w:bCs w:val="0"/>
          <w:sz w:val="24"/>
          <w:szCs w:val="24"/>
        </w:rPr>
        <w:t>debattartikel</w:t>
      </w:r>
      <w:r w:rsidRPr="0801B811" w:rsidR="1491F104">
        <w:rPr>
          <w:b w:val="0"/>
          <w:bCs w:val="0"/>
          <w:sz w:val="24"/>
          <w:szCs w:val="24"/>
        </w:rPr>
        <w:t xml:space="preserve"> mot </w:t>
      </w:r>
      <w:r w:rsidRPr="0801B811" w:rsidR="1491F104">
        <w:rPr>
          <w:b w:val="0"/>
          <w:bCs w:val="0"/>
          <w:sz w:val="24"/>
          <w:szCs w:val="24"/>
        </w:rPr>
        <w:t>rasism</w:t>
      </w:r>
      <w:r w:rsidRPr="0801B811" w:rsidR="1491F104">
        <w:rPr>
          <w:b w:val="0"/>
          <w:bCs w:val="0"/>
          <w:sz w:val="24"/>
          <w:szCs w:val="24"/>
        </w:rPr>
        <w:t xml:space="preserve">, </w:t>
      </w:r>
      <w:r w:rsidRPr="0801B811" w:rsidR="1491F104">
        <w:rPr>
          <w:b w:val="0"/>
          <w:bCs w:val="0"/>
          <w:sz w:val="24"/>
          <w:szCs w:val="24"/>
        </w:rPr>
        <w:t>kan</w:t>
      </w:r>
      <w:r w:rsidRPr="0801B811" w:rsidR="1491F104">
        <w:rPr>
          <w:b w:val="0"/>
          <w:bCs w:val="0"/>
          <w:sz w:val="24"/>
          <w:szCs w:val="24"/>
        </w:rPr>
        <w:t xml:space="preserve"> vi </w:t>
      </w:r>
      <w:r w:rsidRPr="0801B811" w:rsidR="1491F104">
        <w:rPr>
          <w:b w:val="0"/>
          <w:bCs w:val="0"/>
          <w:sz w:val="24"/>
          <w:szCs w:val="24"/>
        </w:rPr>
        <w:t>stå</w:t>
      </w:r>
      <w:r w:rsidRPr="0801B811" w:rsidR="1491F104">
        <w:rPr>
          <w:b w:val="0"/>
          <w:bCs w:val="0"/>
          <w:sz w:val="24"/>
          <w:szCs w:val="24"/>
        </w:rPr>
        <w:t xml:space="preserve"> </w:t>
      </w:r>
      <w:r w:rsidRPr="0801B811" w:rsidR="1491F104">
        <w:rPr>
          <w:b w:val="0"/>
          <w:bCs w:val="0"/>
          <w:sz w:val="24"/>
          <w:szCs w:val="24"/>
        </w:rPr>
        <w:t>bakom</w:t>
      </w:r>
      <w:r w:rsidRPr="0801B811" w:rsidR="1491F104">
        <w:rPr>
          <w:b w:val="0"/>
          <w:bCs w:val="0"/>
          <w:sz w:val="24"/>
          <w:szCs w:val="24"/>
        </w:rPr>
        <w:t xml:space="preserve"> den</w:t>
      </w:r>
      <w:r w:rsidRPr="0801B811" w:rsidR="1491F104">
        <w:rPr>
          <w:b w:val="0"/>
          <w:bCs w:val="0"/>
          <w:sz w:val="24"/>
          <w:szCs w:val="24"/>
        </w:rPr>
        <w:t>?</w:t>
      </w:r>
      <w:r w:rsidRPr="0801B811" w:rsidR="0FE1C01F">
        <w:rPr>
          <w:b w:val="0"/>
          <w:bCs w:val="0"/>
          <w:sz w:val="24"/>
          <w:szCs w:val="24"/>
        </w:rPr>
        <w:t xml:space="preserve"> </w:t>
      </w:r>
      <w:r w:rsidRPr="0801B811" w:rsidR="29A78F15">
        <w:rPr>
          <w:b w:val="0"/>
          <w:bCs w:val="0"/>
          <w:sz w:val="24"/>
          <w:szCs w:val="24"/>
        </w:rPr>
        <w:t xml:space="preserve"> </w:t>
      </w:r>
      <w:r w:rsidRPr="0801B811" w:rsidR="29A78F15">
        <w:rPr>
          <w:b w:val="0"/>
          <w:bCs w:val="0"/>
          <w:sz w:val="24"/>
          <w:szCs w:val="24"/>
        </w:rPr>
        <w:t xml:space="preserve"> </w:t>
      </w:r>
      <w:r w:rsidRPr="0801B811" w:rsidR="28C199EA">
        <w:rPr>
          <w:b w:val="0"/>
          <w:bCs w:val="0"/>
          <w:sz w:val="24"/>
          <w:szCs w:val="24"/>
        </w:rPr>
        <w:t>S</w:t>
      </w:r>
      <w:r w:rsidRPr="0801B811" w:rsidR="182B5253">
        <w:rPr>
          <w:b w:val="0"/>
          <w:bCs w:val="0"/>
          <w:sz w:val="24"/>
          <w:szCs w:val="24"/>
        </w:rPr>
        <w:t>tyrelsen</w:t>
      </w:r>
      <w:r w:rsidRPr="0801B811" w:rsidR="182B5253">
        <w:rPr>
          <w:b w:val="0"/>
          <w:bCs w:val="0"/>
          <w:sz w:val="24"/>
          <w:szCs w:val="24"/>
        </w:rPr>
        <w:t xml:space="preserve"> </w:t>
      </w:r>
      <w:r w:rsidRPr="0801B811" w:rsidR="182B5253">
        <w:rPr>
          <w:b w:val="0"/>
          <w:bCs w:val="0"/>
          <w:sz w:val="24"/>
          <w:szCs w:val="24"/>
        </w:rPr>
        <w:t>är</w:t>
      </w:r>
      <w:r w:rsidRPr="0801B811" w:rsidR="182B5253">
        <w:rPr>
          <w:b w:val="0"/>
          <w:bCs w:val="0"/>
          <w:sz w:val="24"/>
          <w:szCs w:val="24"/>
        </w:rPr>
        <w:t xml:space="preserve">  </w:t>
      </w:r>
      <w:r w:rsidRPr="0801B811" w:rsidR="182B5253">
        <w:rPr>
          <w:b w:val="0"/>
          <w:bCs w:val="0"/>
          <w:sz w:val="24"/>
          <w:szCs w:val="24"/>
        </w:rPr>
        <w:t>enig</w:t>
      </w:r>
      <w:r w:rsidRPr="0801B811" w:rsidR="182B5253">
        <w:rPr>
          <w:b w:val="0"/>
          <w:bCs w:val="0"/>
          <w:sz w:val="24"/>
          <w:szCs w:val="24"/>
        </w:rPr>
        <w:t xml:space="preserve"> om </w:t>
      </w:r>
      <w:r w:rsidRPr="0801B811" w:rsidR="182B5253">
        <w:rPr>
          <w:b w:val="0"/>
          <w:bCs w:val="0"/>
          <w:sz w:val="24"/>
          <w:szCs w:val="24"/>
        </w:rPr>
        <w:t>att</w:t>
      </w:r>
      <w:r w:rsidRPr="0801B811" w:rsidR="182B5253">
        <w:rPr>
          <w:b w:val="0"/>
          <w:bCs w:val="0"/>
          <w:sz w:val="24"/>
          <w:szCs w:val="24"/>
        </w:rPr>
        <w:t xml:space="preserve"> </w:t>
      </w:r>
      <w:r w:rsidRPr="0801B811" w:rsidR="182B5253">
        <w:rPr>
          <w:b w:val="0"/>
          <w:bCs w:val="0"/>
          <w:sz w:val="24"/>
          <w:szCs w:val="24"/>
        </w:rPr>
        <w:t>stå</w:t>
      </w:r>
      <w:r w:rsidRPr="0801B811" w:rsidR="182B5253">
        <w:rPr>
          <w:b w:val="0"/>
          <w:bCs w:val="0"/>
          <w:sz w:val="24"/>
          <w:szCs w:val="24"/>
        </w:rPr>
        <w:t xml:space="preserve"> </w:t>
      </w:r>
      <w:r w:rsidRPr="0801B811" w:rsidR="182B5253">
        <w:rPr>
          <w:b w:val="0"/>
          <w:bCs w:val="0"/>
          <w:sz w:val="24"/>
          <w:szCs w:val="24"/>
        </w:rPr>
        <w:t>bakom</w:t>
      </w:r>
      <w:r w:rsidRPr="0801B811" w:rsidR="182B5253">
        <w:rPr>
          <w:b w:val="0"/>
          <w:bCs w:val="0"/>
          <w:sz w:val="24"/>
          <w:szCs w:val="24"/>
        </w:rPr>
        <w:t xml:space="preserve"> med </w:t>
      </w:r>
      <w:r w:rsidRPr="0801B811" w:rsidR="182B5253">
        <w:rPr>
          <w:b w:val="0"/>
          <w:bCs w:val="0"/>
          <w:sz w:val="24"/>
          <w:szCs w:val="24"/>
        </w:rPr>
        <w:t>med</w:t>
      </w:r>
      <w:r w:rsidRPr="0801B811" w:rsidR="182B5253">
        <w:rPr>
          <w:b w:val="0"/>
          <w:bCs w:val="0"/>
          <w:sz w:val="24"/>
          <w:szCs w:val="24"/>
        </w:rPr>
        <w:t xml:space="preserve"> </w:t>
      </w:r>
      <w:r w:rsidRPr="0801B811" w:rsidR="182B5253">
        <w:rPr>
          <w:b w:val="0"/>
          <w:bCs w:val="0"/>
          <w:sz w:val="24"/>
          <w:szCs w:val="24"/>
        </w:rPr>
        <w:t>vår</w:t>
      </w:r>
      <w:r w:rsidRPr="0801B811" w:rsidR="182B5253">
        <w:rPr>
          <w:b w:val="0"/>
          <w:bCs w:val="0"/>
          <w:sz w:val="24"/>
          <w:szCs w:val="24"/>
        </w:rPr>
        <w:t xml:space="preserve"> </w:t>
      </w:r>
      <w:r w:rsidRPr="0801B811" w:rsidR="182B5253">
        <w:rPr>
          <w:b w:val="0"/>
          <w:bCs w:val="0"/>
          <w:sz w:val="24"/>
          <w:szCs w:val="24"/>
        </w:rPr>
        <w:t>underskrift</w:t>
      </w:r>
      <w:r w:rsidRPr="0801B811" w:rsidR="182B5253">
        <w:rPr>
          <w:b w:val="0"/>
          <w:bCs w:val="0"/>
          <w:sz w:val="24"/>
          <w:szCs w:val="24"/>
        </w:rPr>
        <w:t>.</w:t>
      </w:r>
      <w:r w:rsidRPr="0801B811" w:rsidR="5CEF3EBB">
        <w:rPr>
          <w:b w:val="0"/>
          <w:bCs w:val="0"/>
          <w:sz w:val="24"/>
          <w:szCs w:val="24"/>
        </w:rPr>
        <w:t xml:space="preserve"> </w:t>
      </w:r>
      <w:r w:rsidRPr="0801B811" w:rsidR="5CEF3EBB">
        <w:rPr>
          <w:b w:val="0"/>
          <w:bCs w:val="0"/>
          <w:sz w:val="24"/>
          <w:szCs w:val="24"/>
        </w:rPr>
        <w:t>Artikeln</w:t>
      </w:r>
      <w:r w:rsidRPr="0801B811" w:rsidR="5CEF3EBB">
        <w:rPr>
          <w:b w:val="0"/>
          <w:bCs w:val="0"/>
          <w:sz w:val="24"/>
          <w:szCs w:val="24"/>
        </w:rPr>
        <w:t xml:space="preserve"> </w:t>
      </w:r>
      <w:r w:rsidRPr="0801B811" w:rsidR="5CEF3EBB">
        <w:rPr>
          <w:b w:val="0"/>
          <w:bCs w:val="0"/>
          <w:sz w:val="24"/>
          <w:szCs w:val="24"/>
        </w:rPr>
        <w:t>planeras</w:t>
      </w:r>
      <w:r w:rsidRPr="0801B811" w:rsidR="5CEF3EBB">
        <w:rPr>
          <w:b w:val="0"/>
          <w:bCs w:val="0"/>
          <w:sz w:val="24"/>
          <w:szCs w:val="24"/>
        </w:rPr>
        <w:t xml:space="preserve"> </w:t>
      </w:r>
      <w:r w:rsidRPr="0801B811" w:rsidR="5CEF3EBB">
        <w:rPr>
          <w:b w:val="0"/>
          <w:bCs w:val="0"/>
          <w:sz w:val="24"/>
          <w:szCs w:val="24"/>
        </w:rPr>
        <w:t>läggas</w:t>
      </w:r>
      <w:r w:rsidRPr="0801B811" w:rsidR="5CEF3EBB">
        <w:rPr>
          <w:b w:val="0"/>
          <w:bCs w:val="0"/>
          <w:sz w:val="24"/>
          <w:szCs w:val="24"/>
        </w:rPr>
        <w:t xml:space="preserve"> </w:t>
      </w:r>
      <w:r w:rsidRPr="0801B811" w:rsidR="5CEF3EBB">
        <w:rPr>
          <w:b w:val="0"/>
          <w:bCs w:val="0"/>
          <w:sz w:val="24"/>
          <w:szCs w:val="24"/>
        </w:rPr>
        <w:t>ut</w:t>
      </w:r>
      <w:r w:rsidRPr="0801B811" w:rsidR="5CEF3EBB">
        <w:rPr>
          <w:b w:val="0"/>
          <w:bCs w:val="0"/>
          <w:sz w:val="24"/>
          <w:szCs w:val="24"/>
        </w:rPr>
        <w:t xml:space="preserve"> </w:t>
      </w:r>
      <w:r w:rsidRPr="0801B811" w:rsidR="5CEF3EBB">
        <w:rPr>
          <w:b w:val="0"/>
          <w:bCs w:val="0"/>
          <w:sz w:val="24"/>
          <w:szCs w:val="24"/>
        </w:rPr>
        <w:t>på</w:t>
      </w:r>
      <w:r w:rsidRPr="0801B811" w:rsidR="5CEF3EBB">
        <w:rPr>
          <w:b w:val="0"/>
          <w:bCs w:val="0"/>
          <w:sz w:val="24"/>
          <w:szCs w:val="24"/>
        </w:rPr>
        <w:t xml:space="preserve"> </w:t>
      </w:r>
      <w:r w:rsidRPr="0801B811" w:rsidR="5CEF3EBB">
        <w:rPr>
          <w:b w:val="0"/>
          <w:bCs w:val="0"/>
          <w:sz w:val="24"/>
          <w:szCs w:val="24"/>
        </w:rPr>
        <w:t>vår</w:t>
      </w:r>
      <w:r w:rsidRPr="0801B811" w:rsidR="5CEF3EBB">
        <w:rPr>
          <w:b w:val="0"/>
          <w:bCs w:val="0"/>
          <w:sz w:val="24"/>
          <w:szCs w:val="24"/>
        </w:rPr>
        <w:t xml:space="preserve"> </w:t>
      </w:r>
      <w:r w:rsidRPr="0801B811" w:rsidR="5CEF3EBB">
        <w:rPr>
          <w:b w:val="0"/>
          <w:bCs w:val="0"/>
          <w:sz w:val="24"/>
          <w:szCs w:val="24"/>
        </w:rPr>
        <w:t>hemsida</w:t>
      </w:r>
      <w:r w:rsidRPr="0801B811" w:rsidR="5CEF3EBB">
        <w:rPr>
          <w:b w:val="0"/>
          <w:bCs w:val="0"/>
          <w:sz w:val="24"/>
          <w:szCs w:val="24"/>
        </w:rPr>
        <w:t xml:space="preserve"> för </w:t>
      </w:r>
      <w:r w:rsidRPr="0801B811" w:rsidR="5CEF3EBB">
        <w:rPr>
          <w:b w:val="0"/>
          <w:bCs w:val="0"/>
          <w:sz w:val="24"/>
          <w:szCs w:val="24"/>
        </w:rPr>
        <w:t>påläsning</w:t>
      </w:r>
      <w:r w:rsidRPr="0801B811" w:rsidR="5CEF3EBB">
        <w:rPr>
          <w:b w:val="0"/>
          <w:bCs w:val="0"/>
          <w:sz w:val="24"/>
          <w:szCs w:val="24"/>
        </w:rPr>
        <w:t xml:space="preserve"> av våra</w:t>
      </w:r>
      <w:r w:rsidRPr="0801B811" w:rsidR="45BF1C03">
        <w:rPr>
          <w:b w:val="0"/>
          <w:bCs w:val="0"/>
          <w:sz w:val="24"/>
          <w:szCs w:val="24"/>
        </w:rPr>
        <w:t xml:space="preserve"> medlemmar.</w:t>
      </w:r>
    </w:p>
    <w:p w:rsidR="1491F104" w:rsidP="0801B811" w:rsidRDefault="1491F104" w14:paraId="26ADA950" w14:textId="6B190A0E">
      <w:pPr>
        <w:pStyle w:val="Normal"/>
        <w:jc w:val="left"/>
        <w:rPr>
          <w:b w:val="0"/>
          <w:bCs w:val="0"/>
          <w:sz w:val="24"/>
          <w:szCs w:val="24"/>
        </w:rPr>
      </w:pPr>
    </w:p>
    <w:p w:rsidR="1DCF9663" w:rsidP="05413FEA" w:rsidRDefault="1DCF9663" w14:paraId="6399AE3B" w14:textId="5DD5AA4F">
      <w:pPr>
        <w:pStyle w:val="Normal"/>
        <w:jc w:val="left"/>
      </w:pPr>
      <w:r w:rsidRPr="0801B811" w:rsidR="1DCF9663">
        <w:rPr>
          <w:b w:val="0"/>
          <w:bCs w:val="0"/>
          <w:sz w:val="24"/>
          <w:szCs w:val="24"/>
        </w:rPr>
        <w:t>§13</w:t>
      </w:r>
      <w:r w:rsidRPr="0801B811" w:rsidR="35E141FA">
        <w:rPr>
          <w:b w:val="0"/>
          <w:bCs w:val="0"/>
          <w:sz w:val="24"/>
          <w:szCs w:val="24"/>
        </w:rPr>
        <w:t xml:space="preserve">      </w:t>
      </w:r>
      <w:r w:rsidRPr="0801B811" w:rsidR="4A3C1754">
        <w:rPr>
          <w:b w:val="0"/>
          <w:bCs w:val="0"/>
          <w:sz w:val="24"/>
          <w:szCs w:val="24"/>
        </w:rPr>
        <w:t xml:space="preserve"> RFSUs </w:t>
      </w:r>
      <w:r w:rsidRPr="0801B811" w:rsidR="1DCF9663">
        <w:rPr>
          <w:b w:val="0"/>
          <w:bCs w:val="0"/>
          <w:sz w:val="24"/>
          <w:szCs w:val="24"/>
        </w:rPr>
        <w:t>Digital</w:t>
      </w:r>
      <w:r w:rsidRPr="0801B811" w:rsidR="70C37EC6">
        <w:rPr>
          <w:b w:val="0"/>
          <w:bCs w:val="0"/>
          <w:sz w:val="24"/>
          <w:szCs w:val="24"/>
        </w:rPr>
        <w:t>a</w:t>
      </w:r>
      <w:r w:rsidRPr="0801B811" w:rsidR="1DCF9663">
        <w:rPr>
          <w:b w:val="0"/>
          <w:bCs w:val="0"/>
          <w:sz w:val="24"/>
          <w:szCs w:val="24"/>
        </w:rPr>
        <w:t xml:space="preserve"> </w:t>
      </w:r>
      <w:r w:rsidRPr="0801B811" w:rsidR="1DCF9663">
        <w:rPr>
          <w:b w:val="0"/>
          <w:bCs w:val="0"/>
          <w:sz w:val="24"/>
          <w:szCs w:val="24"/>
        </w:rPr>
        <w:t>fortbildning</w:t>
      </w:r>
      <w:r w:rsidRPr="0801B811" w:rsidR="1DCF9663">
        <w:rPr>
          <w:b w:val="0"/>
          <w:bCs w:val="0"/>
          <w:sz w:val="24"/>
          <w:szCs w:val="24"/>
        </w:rPr>
        <w:t xml:space="preserve">; </w:t>
      </w:r>
      <w:r w:rsidRPr="0801B811" w:rsidR="1DCF9663">
        <w:rPr>
          <w:b w:val="0"/>
          <w:bCs w:val="0"/>
          <w:sz w:val="24"/>
          <w:szCs w:val="24"/>
        </w:rPr>
        <w:t>att</w:t>
      </w:r>
      <w:r w:rsidRPr="0801B811" w:rsidR="1DCF9663">
        <w:rPr>
          <w:b w:val="0"/>
          <w:bCs w:val="0"/>
          <w:sz w:val="24"/>
          <w:szCs w:val="24"/>
        </w:rPr>
        <w:t xml:space="preserve"> </w:t>
      </w:r>
      <w:r w:rsidRPr="0801B811" w:rsidR="1DCF9663">
        <w:rPr>
          <w:b w:val="0"/>
          <w:bCs w:val="0"/>
          <w:sz w:val="24"/>
          <w:szCs w:val="24"/>
        </w:rPr>
        <w:t>stärka</w:t>
      </w:r>
      <w:r w:rsidRPr="0801B811" w:rsidR="1DCF9663">
        <w:rPr>
          <w:b w:val="0"/>
          <w:bCs w:val="0"/>
          <w:sz w:val="24"/>
          <w:szCs w:val="24"/>
        </w:rPr>
        <w:t xml:space="preserve"> </w:t>
      </w:r>
      <w:r w:rsidRPr="0801B811" w:rsidR="1DCF9663">
        <w:rPr>
          <w:b w:val="0"/>
          <w:bCs w:val="0"/>
          <w:sz w:val="24"/>
          <w:szCs w:val="24"/>
        </w:rPr>
        <w:t>unga</w:t>
      </w:r>
      <w:r w:rsidRPr="0801B811" w:rsidR="1DCF9663">
        <w:rPr>
          <w:b w:val="0"/>
          <w:bCs w:val="0"/>
          <w:sz w:val="24"/>
          <w:szCs w:val="24"/>
        </w:rPr>
        <w:t xml:space="preserve"> </w:t>
      </w:r>
      <w:r w:rsidRPr="0801B811" w:rsidR="1DCF9663">
        <w:rPr>
          <w:b w:val="0"/>
          <w:bCs w:val="0"/>
          <w:sz w:val="24"/>
          <w:szCs w:val="24"/>
        </w:rPr>
        <w:t>migranters</w:t>
      </w:r>
      <w:r w:rsidRPr="0801B811" w:rsidR="1DCF9663">
        <w:rPr>
          <w:b w:val="0"/>
          <w:bCs w:val="0"/>
          <w:sz w:val="24"/>
          <w:szCs w:val="24"/>
        </w:rPr>
        <w:t xml:space="preserve"> </w:t>
      </w:r>
      <w:r w:rsidRPr="0801B811" w:rsidR="1DCF9663">
        <w:rPr>
          <w:b w:val="0"/>
          <w:bCs w:val="0"/>
          <w:sz w:val="24"/>
          <w:szCs w:val="24"/>
        </w:rPr>
        <w:t>sexuella</w:t>
      </w:r>
      <w:r w:rsidRPr="0801B811" w:rsidR="1DCF9663">
        <w:rPr>
          <w:b w:val="0"/>
          <w:bCs w:val="0"/>
          <w:sz w:val="24"/>
          <w:szCs w:val="24"/>
        </w:rPr>
        <w:t xml:space="preserve"> och </w:t>
      </w:r>
      <w:r w:rsidRPr="0801B811" w:rsidR="1DCF9663">
        <w:rPr>
          <w:b w:val="0"/>
          <w:bCs w:val="0"/>
          <w:sz w:val="24"/>
          <w:szCs w:val="24"/>
        </w:rPr>
        <w:t>psykisk</w:t>
      </w:r>
      <w:r w:rsidRPr="0801B811" w:rsidR="51171B53">
        <w:rPr>
          <w:b w:val="0"/>
          <w:bCs w:val="0"/>
          <w:sz w:val="24"/>
          <w:szCs w:val="24"/>
        </w:rPr>
        <w:t>a</w:t>
      </w:r>
      <w:r w:rsidRPr="0801B811" w:rsidR="51171B53">
        <w:rPr>
          <w:b w:val="0"/>
          <w:bCs w:val="0"/>
          <w:sz w:val="24"/>
          <w:szCs w:val="24"/>
        </w:rPr>
        <w:t xml:space="preserve"> </w:t>
      </w:r>
      <w:r w:rsidRPr="0801B811" w:rsidR="51171B53">
        <w:rPr>
          <w:b w:val="0"/>
          <w:bCs w:val="0"/>
          <w:sz w:val="24"/>
          <w:szCs w:val="24"/>
        </w:rPr>
        <w:t>hälsa</w:t>
      </w:r>
      <w:r w:rsidRPr="0801B811" w:rsidR="68D94B78">
        <w:rPr>
          <w:b w:val="0"/>
          <w:bCs w:val="0"/>
          <w:sz w:val="24"/>
          <w:szCs w:val="24"/>
        </w:rPr>
        <w:t xml:space="preserve">. </w:t>
      </w:r>
      <w:r w:rsidRPr="0801B811" w:rsidR="3E700426">
        <w:rPr>
          <w:b w:val="0"/>
          <w:bCs w:val="0"/>
          <w:sz w:val="24"/>
          <w:szCs w:val="24"/>
        </w:rPr>
        <w:t xml:space="preserve"> </w:t>
      </w:r>
      <w:r w:rsidRPr="0801B811" w:rsidR="3E700426">
        <w:rPr>
          <w:b w:val="0"/>
          <w:bCs w:val="0"/>
          <w:sz w:val="24"/>
          <w:szCs w:val="24"/>
        </w:rPr>
        <w:t xml:space="preserve">Info </w:t>
      </w:r>
      <w:r w:rsidRPr="0801B811" w:rsidR="3E700426">
        <w:rPr>
          <w:b w:val="0"/>
          <w:bCs w:val="0"/>
          <w:sz w:val="24"/>
          <w:szCs w:val="24"/>
        </w:rPr>
        <w:t>kring</w:t>
      </w:r>
      <w:r w:rsidRPr="0801B811" w:rsidR="3E700426">
        <w:rPr>
          <w:b w:val="0"/>
          <w:bCs w:val="0"/>
          <w:sz w:val="24"/>
          <w:szCs w:val="24"/>
        </w:rPr>
        <w:t xml:space="preserve"> dessa </w:t>
      </w:r>
      <w:r w:rsidRPr="0801B811" w:rsidR="3E700426">
        <w:rPr>
          <w:b w:val="0"/>
          <w:bCs w:val="0"/>
          <w:sz w:val="24"/>
          <w:szCs w:val="24"/>
        </w:rPr>
        <w:t>utbildningar</w:t>
      </w:r>
      <w:r w:rsidRPr="0801B811" w:rsidR="3E700426">
        <w:rPr>
          <w:b w:val="0"/>
          <w:bCs w:val="0"/>
          <w:sz w:val="24"/>
          <w:szCs w:val="24"/>
        </w:rPr>
        <w:t xml:space="preserve"> delas </w:t>
      </w:r>
      <w:r w:rsidRPr="0801B811" w:rsidR="3E700426">
        <w:rPr>
          <w:b w:val="0"/>
          <w:bCs w:val="0"/>
          <w:sz w:val="24"/>
          <w:szCs w:val="24"/>
        </w:rPr>
        <w:t>på</w:t>
      </w:r>
      <w:r w:rsidRPr="0801B811" w:rsidR="3E700426">
        <w:rPr>
          <w:b w:val="0"/>
          <w:bCs w:val="0"/>
          <w:sz w:val="24"/>
          <w:szCs w:val="24"/>
        </w:rPr>
        <w:t xml:space="preserve"> vår </w:t>
      </w:r>
      <w:r w:rsidRPr="0801B811" w:rsidR="3E700426">
        <w:rPr>
          <w:b w:val="0"/>
          <w:bCs w:val="0"/>
          <w:sz w:val="24"/>
          <w:szCs w:val="24"/>
        </w:rPr>
        <w:t>hemsida</w:t>
      </w:r>
      <w:r w:rsidRPr="0801B811" w:rsidR="3E700426">
        <w:rPr>
          <w:b w:val="0"/>
          <w:bCs w:val="0"/>
          <w:sz w:val="24"/>
          <w:szCs w:val="24"/>
        </w:rPr>
        <w:t xml:space="preserve"> för </w:t>
      </w:r>
      <w:r w:rsidRPr="0801B811" w:rsidR="3E700426">
        <w:rPr>
          <w:b w:val="0"/>
          <w:bCs w:val="0"/>
          <w:sz w:val="24"/>
          <w:szCs w:val="24"/>
        </w:rPr>
        <w:t>spridning</w:t>
      </w:r>
      <w:r w:rsidRPr="0801B811" w:rsidR="3E700426">
        <w:rPr>
          <w:b w:val="0"/>
          <w:bCs w:val="0"/>
          <w:sz w:val="24"/>
          <w:szCs w:val="24"/>
        </w:rPr>
        <w:t xml:space="preserve"> </w:t>
      </w:r>
      <w:r w:rsidRPr="0801B811" w:rsidR="3E700426">
        <w:rPr>
          <w:b w:val="0"/>
          <w:bCs w:val="0"/>
          <w:sz w:val="24"/>
          <w:szCs w:val="24"/>
        </w:rPr>
        <w:t>skolor</w:t>
      </w:r>
      <w:r w:rsidRPr="0801B811" w:rsidR="3E700426">
        <w:rPr>
          <w:b w:val="0"/>
          <w:bCs w:val="0"/>
          <w:sz w:val="24"/>
          <w:szCs w:val="24"/>
        </w:rPr>
        <w:t xml:space="preserve">/ </w:t>
      </w:r>
      <w:r w:rsidRPr="0801B811" w:rsidR="3E700426">
        <w:rPr>
          <w:b w:val="0"/>
          <w:bCs w:val="0"/>
          <w:sz w:val="24"/>
          <w:szCs w:val="24"/>
        </w:rPr>
        <w:t>yrkesverksamma</w:t>
      </w:r>
      <w:r w:rsidRPr="0801B811" w:rsidR="3E700426">
        <w:rPr>
          <w:b w:val="0"/>
          <w:bCs w:val="0"/>
          <w:sz w:val="24"/>
          <w:szCs w:val="24"/>
        </w:rPr>
        <w:t xml:space="preserve"> </w:t>
      </w:r>
      <w:r w:rsidRPr="0801B811" w:rsidR="3E700426">
        <w:rPr>
          <w:b w:val="0"/>
          <w:bCs w:val="0"/>
          <w:sz w:val="24"/>
          <w:szCs w:val="24"/>
        </w:rPr>
        <w:t>inom</w:t>
      </w:r>
      <w:r w:rsidRPr="0801B811" w:rsidR="3E700426">
        <w:rPr>
          <w:b w:val="0"/>
          <w:bCs w:val="0"/>
          <w:sz w:val="24"/>
          <w:szCs w:val="24"/>
        </w:rPr>
        <w:t xml:space="preserve"> </w:t>
      </w:r>
      <w:r w:rsidRPr="0801B811" w:rsidR="3E700426">
        <w:rPr>
          <w:b w:val="0"/>
          <w:bCs w:val="0"/>
          <w:sz w:val="24"/>
          <w:szCs w:val="24"/>
        </w:rPr>
        <w:t>socialt</w:t>
      </w:r>
      <w:r w:rsidRPr="0801B811" w:rsidR="3E700426">
        <w:rPr>
          <w:b w:val="0"/>
          <w:bCs w:val="0"/>
          <w:sz w:val="24"/>
          <w:szCs w:val="24"/>
        </w:rPr>
        <w:t xml:space="preserve"> </w:t>
      </w:r>
      <w:r w:rsidRPr="0801B811" w:rsidR="3E700426">
        <w:rPr>
          <w:b w:val="0"/>
          <w:bCs w:val="0"/>
          <w:sz w:val="24"/>
          <w:szCs w:val="24"/>
        </w:rPr>
        <w:t>arbete</w:t>
      </w:r>
      <w:r w:rsidRPr="0801B811" w:rsidR="227097CC">
        <w:rPr>
          <w:b w:val="0"/>
          <w:bCs w:val="0"/>
          <w:sz w:val="24"/>
          <w:szCs w:val="24"/>
        </w:rPr>
        <w:t xml:space="preserve"> </w:t>
      </w:r>
      <w:r w:rsidRPr="0801B811" w:rsidR="227097CC">
        <w:rPr>
          <w:b w:val="0"/>
          <w:bCs w:val="0"/>
          <w:sz w:val="24"/>
          <w:szCs w:val="24"/>
        </w:rPr>
        <w:t>som</w:t>
      </w:r>
      <w:r w:rsidRPr="0801B811" w:rsidR="227097CC">
        <w:rPr>
          <w:b w:val="0"/>
          <w:bCs w:val="0"/>
          <w:sz w:val="24"/>
          <w:szCs w:val="24"/>
        </w:rPr>
        <w:t xml:space="preserve"> </w:t>
      </w:r>
      <w:r w:rsidRPr="0801B811" w:rsidR="227097CC">
        <w:rPr>
          <w:b w:val="0"/>
          <w:bCs w:val="0"/>
          <w:sz w:val="24"/>
          <w:szCs w:val="24"/>
        </w:rPr>
        <w:t>möter</w:t>
      </w:r>
      <w:r w:rsidRPr="0801B811" w:rsidR="227097CC">
        <w:rPr>
          <w:b w:val="0"/>
          <w:bCs w:val="0"/>
          <w:sz w:val="24"/>
          <w:szCs w:val="24"/>
        </w:rPr>
        <w:t xml:space="preserve"> denna ungdomsgrupp.</w:t>
      </w:r>
    </w:p>
    <w:p w:rsidR="05541EB4" w:rsidP="0801B811" w:rsidRDefault="05541EB4" w14:paraId="2BC1F781" w14:textId="17BACD76">
      <w:pPr>
        <w:pStyle w:val="Normal"/>
        <w:jc w:val="left"/>
        <w:rPr>
          <w:b w:val="0"/>
          <w:bCs w:val="0"/>
          <w:sz w:val="24"/>
          <w:szCs w:val="24"/>
        </w:rPr>
      </w:pPr>
      <w:r w:rsidRPr="0801B811" w:rsidR="05541EB4">
        <w:rPr>
          <w:b w:val="0"/>
          <w:bCs w:val="0"/>
          <w:sz w:val="24"/>
          <w:szCs w:val="24"/>
        </w:rPr>
        <w:t>§</w:t>
      </w:r>
      <w:r w:rsidRPr="0801B811" w:rsidR="155F1505">
        <w:rPr>
          <w:b w:val="0"/>
          <w:bCs w:val="0"/>
          <w:sz w:val="24"/>
          <w:szCs w:val="24"/>
        </w:rPr>
        <w:t>14</w:t>
      </w:r>
      <w:r w:rsidRPr="0801B811" w:rsidR="05541EB4">
        <w:rPr>
          <w:b w:val="0"/>
          <w:bCs w:val="0"/>
          <w:sz w:val="24"/>
          <w:szCs w:val="24"/>
        </w:rPr>
        <w:t xml:space="preserve"> </w:t>
      </w:r>
      <w:r>
        <w:tab/>
      </w:r>
      <w:r w:rsidRPr="0801B811" w:rsidR="298B3A6A">
        <w:rPr>
          <w:b w:val="0"/>
          <w:bCs w:val="0"/>
          <w:sz w:val="24"/>
          <w:szCs w:val="24"/>
        </w:rPr>
        <w:t>Ekonomi</w:t>
      </w:r>
      <w:r w:rsidRPr="0801B811" w:rsidR="7BA97250">
        <w:rPr>
          <w:b w:val="0"/>
          <w:bCs w:val="0"/>
          <w:sz w:val="24"/>
          <w:szCs w:val="24"/>
        </w:rPr>
        <w:t xml:space="preserve"> / </w:t>
      </w:r>
      <w:r w:rsidRPr="0801B811" w:rsidR="7BA97250">
        <w:rPr>
          <w:b w:val="0"/>
          <w:bCs w:val="0"/>
          <w:sz w:val="24"/>
          <w:szCs w:val="24"/>
        </w:rPr>
        <w:t>utse</w:t>
      </w:r>
      <w:r w:rsidRPr="0801B811" w:rsidR="7BA97250">
        <w:rPr>
          <w:b w:val="0"/>
          <w:bCs w:val="0"/>
          <w:sz w:val="24"/>
          <w:szCs w:val="24"/>
        </w:rPr>
        <w:t xml:space="preserve"> </w:t>
      </w:r>
      <w:r w:rsidRPr="0801B811" w:rsidR="7BA97250">
        <w:rPr>
          <w:b w:val="0"/>
          <w:bCs w:val="0"/>
          <w:sz w:val="24"/>
          <w:szCs w:val="24"/>
        </w:rPr>
        <w:t>e</w:t>
      </w:r>
      <w:r w:rsidRPr="0801B811" w:rsidR="5AD2B48B">
        <w:rPr>
          <w:b w:val="0"/>
          <w:bCs w:val="0"/>
          <w:sz w:val="24"/>
          <w:szCs w:val="24"/>
        </w:rPr>
        <w:t>n</w:t>
      </w:r>
      <w:r w:rsidRPr="0801B811" w:rsidR="7BA97250">
        <w:rPr>
          <w:b w:val="0"/>
          <w:bCs w:val="0"/>
          <w:sz w:val="24"/>
          <w:szCs w:val="24"/>
        </w:rPr>
        <w:t xml:space="preserve"> </w:t>
      </w:r>
      <w:r w:rsidRPr="0801B811" w:rsidR="7BA97250">
        <w:rPr>
          <w:b w:val="0"/>
          <w:bCs w:val="0"/>
          <w:sz w:val="24"/>
          <w:szCs w:val="24"/>
        </w:rPr>
        <w:t>arbetsgrupp</w:t>
      </w:r>
      <w:r w:rsidRPr="0801B811" w:rsidR="5AEF51F0">
        <w:rPr>
          <w:b w:val="0"/>
          <w:bCs w:val="0"/>
          <w:sz w:val="24"/>
          <w:szCs w:val="24"/>
        </w:rPr>
        <w:t xml:space="preserve">. </w:t>
      </w:r>
      <w:r w:rsidRPr="0801B811" w:rsidR="01727273">
        <w:rPr>
          <w:b w:val="0"/>
          <w:bCs w:val="0"/>
          <w:sz w:val="24"/>
          <w:szCs w:val="24"/>
        </w:rPr>
        <w:t xml:space="preserve">Hur </w:t>
      </w:r>
      <w:r w:rsidRPr="0801B811" w:rsidR="01727273">
        <w:rPr>
          <w:b w:val="0"/>
          <w:bCs w:val="0"/>
          <w:sz w:val="24"/>
          <w:szCs w:val="24"/>
        </w:rPr>
        <w:t>kan</w:t>
      </w:r>
      <w:r w:rsidRPr="0801B811" w:rsidR="01727273">
        <w:rPr>
          <w:b w:val="0"/>
          <w:bCs w:val="0"/>
          <w:sz w:val="24"/>
          <w:szCs w:val="24"/>
        </w:rPr>
        <w:t xml:space="preserve"> vi </w:t>
      </w:r>
      <w:r w:rsidRPr="0801B811" w:rsidR="01727273">
        <w:rPr>
          <w:b w:val="0"/>
          <w:bCs w:val="0"/>
          <w:sz w:val="24"/>
          <w:szCs w:val="24"/>
        </w:rPr>
        <w:t>informera</w:t>
      </w:r>
      <w:r w:rsidRPr="0801B811" w:rsidR="73735EDE">
        <w:rPr>
          <w:b w:val="0"/>
          <w:bCs w:val="0"/>
          <w:sz w:val="24"/>
          <w:szCs w:val="24"/>
        </w:rPr>
        <w:t xml:space="preserve"> </w:t>
      </w:r>
      <w:r w:rsidRPr="0801B811" w:rsidR="73735EDE">
        <w:rPr>
          <w:b w:val="0"/>
          <w:bCs w:val="0"/>
          <w:sz w:val="24"/>
          <w:szCs w:val="24"/>
        </w:rPr>
        <w:t>våra</w:t>
      </w:r>
      <w:r w:rsidRPr="0801B811" w:rsidR="73735EDE">
        <w:rPr>
          <w:b w:val="0"/>
          <w:bCs w:val="0"/>
          <w:sz w:val="24"/>
          <w:szCs w:val="24"/>
        </w:rPr>
        <w:t xml:space="preserve"> </w:t>
      </w:r>
      <w:r w:rsidRPr="0801B811" w:rsidR="73735EDE">
        <w:rPr>
          <w:b w:val="0"/>
          <w:bCs w:val="0"/>
          <w:sz w:val="24"/>
          <w:szCs w:val="24"/>
        </w:rPr>
        <w:t>nya</w:t>
      </w:r>
      <w:r w:rsidRPr="0801B811" w:rsidR="73735EDE">
        <w:rPr>
          <w:b w:val="0"/>
          <w:bCs w:val="0"/>
          <w:sz w:val="24"/>
          <w:szCs w:val="24"/>
        </w:rPr>
        <w:t xml:space="preserve"> </w:t>
      </w:r>
      <w:r w:rsidRPr="0801B811" w:rsidR="73735EDE">
        <w:rPr>
          <w:b w:val="0"/>
          <w:bCs w:val="0"/>
          <w:sz w:val="24"/>
          <w:szCs w:val="24"/>
        </w:rPr>
        <w:t>medlemmar</w:t>
      </w:r>
      <w:r w:rsidRPr="0801B811" w:rsidR="73735EDE">
        <w:rPr>
          <w:b w:val="0"/>
          <w:bCs w:val="0"/>
          <w:sz w:val="24"/>
          <w:szCs w:val="24"/>
        </w:rPr>
        <w:t xml:space="preserve"> </w:t>
      </w:r>
      <w:r w:rsidRPr="0801B811" w:rsidR="31161016">
        <w:rPr>
          <w:b w:val="0"/>
          <w:bCs w:val="0"/>
          <w:sz w:val="24"/>
          <w:szCs w:val="24"/>
        </w:rPr>
        <w:t>gällande</w:t>
      </w:r>
      <w:r w:rsidRPr="0801B811" w:rsidR="73735EDE">
        <w:rPr>
          <w:b w:val="0"/>
          <w:bCs w:val="0"/>
          <w:sz w:val="24"/>
          <w:szCs w:val="24"/>
        </w:rPr>
        <w:t xml:space="preserve"> </w:t>
      </w:r>
      <w:r w:rsidRPr="0801B811" w:rsidR="114D6B26">
        <w:rPr>
          <w:b w:val="0"/>
          <w:bCs w:val="0"/>
          <w:sz w:val="24"/>
          <w:szCs w:val="24"/>
        </w:rPr>
        <w:t>medlemsnytta</w:t>
      </w:r>
      <w:r w:rsidRPr="0801B811" w:rsidR="2700D888">
        <w:rPr>
          <w:b w:val="0"/>
          <w:bCs w:val="0"/>
          <w:sz w:val="24"/>
          <w:szCs w:val="24"/>
        </w:rPr>
        <w:t xml:space="preserve">? Malin, David, Emma o Ann </w:t>
      </w:r>
      <w:r w:rsidRPr="0801B811" w:rsidR="2700D888">
        <w:rPr>
          <w:b w:val="0"/>
          <w:bCs w:val="0"/>
          <w:sz w:val="24"/>
          <w:szCs w:val="24"/>
        </w:rPr>
        <w:t>utses</w:t>
      </w:r>
      <w:r w:rsidRPr="0801B811" w:rsidR="2700D888">
        <w:rPr>
          <w:b w:val="0"/>
          <w:bCs w:val="0"/>
          <w:sz w:val="24"/>
          <w:szCs w:val="24"/>
        </w:rPr>
        <w:t xml:space="preserve"> </w:t>
      </w:r>
      <w:r w:rsidRPr="0801B811" w:rsidR="2700D888">
        <w:rPr>
          <w:b w:val="0"/>
          <w:bCs w:val="0"/>
          <w:sz w:val="24"/>
          <w:szCs w:val="24"/>
        </w:rPr>
        <w:t>som</w:t>
      </w:r>
      <w:r w:rsidRPr="0801B811" w:rsidR="2700D888">
        <w:rPr>
          <w:b w:val="0"/>
          <w:bCs w:val="0"/>
          <w:sz w:val="24"/>
          <w:szCs w:val="24"/>
        </w:rPr>
        <w:t xml:space="preserve"> </w:t>
      </w:r>
      <w:r w:rsidRPr="0801B811" w:rsidR="2700D888">
        <w:rPr>
          <w:b w:val="0"/>
          <w:bCs w:val="0"/>
          <w:sz w:val="24"/>
          <w:szCs w:val="24"/>
        </w:rPr>
        <w:t>arbets</w:t>
      </w:r>
      <w:r w:rsidRPr="0801B811" w:rsidR="517F6837">
        <w:rPr>
          <w:b w:val="0"/>
          <w:bCs w:val="0"/>
          <w:sz w:val="24"/>
          <w:szCs w:val="24"/>
        </w:rPr>
        <w:t>grupp</w:t>
      </w:r>
      <w:r w:rsidRPr="0801B811" w:rsidR="517F6837">
        <w:rPr>
          <w:b w:val="0"/>
          <w:bCs w:val="0"/>
          <w:sz w:val="24"/>
          <w:szCs w:val="24"/>
        </w:rPr>
        <w:t xml:space="preserve"> </w:t>
      </w:r>
      <w:r w:rsidRPr="0801B811" w:rsidR="517F6837">
        <w:rPr>
          <w:b w:val="0"/>
          <w:bCs w:val="0"/>
          <w:sz w:val="24"/>
          <w:szCs w:val="24"/>
        </w:rPr>
        <w:t>att</w:t>
      </w:r>
      <w:r w:rsidRPr="0801B811" w:rsidR="517F6837">
        <w:rPr>
          <w:b w:val="0"/>
          <w:bCs w:val="0"/>
          <w:sz w:val="24"/>
          <w:szCs w:val="24"/>
        </w:rPr>
        <w:t xml:space="preserve"> </w:t>
      </w:r>
      <w:r w:rsidRPr="0801B811" w:rsidR="517F6837">
        <w:rPr>
          <w:b w:val="0"/>
          <w:bCs w:val="0"/>
          <w:sz w:val="24"/>
          <w:szCs w:val="24"/>
        </w:rPr>
        <w:t>titta</w:t>
      </w:r>
      <w:r w:rsidRPr="0801B811" w:rsidR="517F6837">
        <w:rPr>
          <w:b w:val="0"/>
          <w:bCs w:val="0"/>
          <w:sz w:val="24"/>
          <w:szCs w:val="24"/>
        </w:rPr>
        <w:t xml:space="preserve"> </w:t>
      </w:r>
      <w:r w:rsidRPr="0801B811" w:rsidR="517F6837">
        <w:rPr>
          <w:b w:val="0"/>
          <w:bCs w:val="0"/>
          <w:sz w:val="24"/>
          <w:szCs w:val="24"/>
        </w:rPr>
        <w:t>vidare</w:t>
      </w:r>
      <w:r w:rsidRPr="0801B811" w:rsidR="517F6837">
        <w:rPr>
          <w:b w:val="0"/>
          <w:bCs w:val="0"/>
          <w:sz w:val="24"/>
          <w:szCs w:val="24"/>
        </w:rPr>
        <w:t xml:space="preserve"> </w:t>
      </w:r>
      <w:r w:rsidRPr="0801B811" w:rsidR="517F6837">
        <w:rPr>
          <w:b w:val="0"/>
          <w:bCs w:val="0"/>
          <w:sz w:val="24"/>
          <w:szCs w:val="24"/>
        </w:rPr>
        <w:t>detta</w:t>
      </w:r>
      <w:r w:rsidRPr="0801B811" w:rsidR="517F6837">
        <w:rPr>
          <w:b w:val="0"/>
          <w:bCs w:val="0"/>
          <w:sz w:val="24"/>
          <w:szCs w:val="24"/>
        </w:rPr>
        <w:t xml:space="preserve">. </w:t>
      </w:r>
      <w:r w:rsidRPr="0801B811" w:rsidR="2700D888">
        <w:rPr>
          <w:b w:val="0"/>
          <w:bCs w:val="0"/>
          <w:sz w:val="24"/>
          <w:szCs w:val="24"/>
        </w:rPr>
        <w:t xml:space="preserve"> </w:t>
      </w:r>
      <w:r w:rsidRPr="0801B811" w:rsidR="2700D888">
        <w:rPr>
          <w:b w:val="0"/>
          <w:bCs w:val="0"/>
          <w:sz w:val="24"/>
          <w:szCs w:val="24"/>
        </w:rPr>
        <w:t xml:space="preserve">Malin </w:t>
      </w:r>
      <w:r w:rsidRPr="0801B811" w:rsidR="35EBEEBF">
        <w:rPr>
          <w:b w:val="0"/>
          <w:bCs w:val="0"/>
          <w:sz w:val="24"/>
          <w:szCs w:val="24"/>
        </w:rPr>
        <w:t>är</w:t>
      </w:r>
      <w:r w:rsidRPr="0801B811" w:rsidR="35EBEEBF">
        <w:rPr>
          <w:b w:val="0"/>
          <w:bCs w:val="0"/>
          <w:sz w:val="24"/>
          <w:szCs w:val="24"/>
        </w:rPr>
        <w:t xml:space="preserve"> den </w:t>
      </w:r>
      <w:r w:rsidRPr="0801B811" w:rsidR="35EBEEBF">
        <w:rPr>
          <w:b w:val="0"/>
          <w:bCs w:val="0"/>
          <w:sz w:val="24"/>
          <w:szCs w:val="24"/>
        </w:rPr>
        <w:t>som</w:t>
      </w:r>
      <w:r w:rsidRPr="0801B811" w:rsidR="35EBEEBF">
        <w:rPr>
          <w:b w:val="0"/>
          <w:bCs w:val="0"/>
          <w:sz w:val="24"/>
          <w:szCs w:val="24"/>
        </w:rPr>
        <w:t xml:space="preserve"> </w:t>
      </w:r>
      <w:r w:rsidRPr="0801B811" w:rsidR="35EBEEBF">
        <w:rPr>
          <w:b w:val="0"/>
          <w:bCs w:val="0"/>
          <w:sz w:val="24"/>
          <w:szCs w:val="24"/>
        </w:rPr>
        <w:t>kallar</w:t>
      </w:r>
      <w:r w:rsidRPr="0801B811" w:rsidR="35EBEEBF">
        <w:rPr>
          <w:b w:val="0"/>
          <w:bCs w:val="0"/>
          <w:sz w:val="24"/>
          <w:szCs w:val="24"/>
        </w:rPr>
        <w:t xml:space="preserve"> </w:t>
      </w:r>
      <w:r w:rsidRPr="0801B811" w:rsidR="35EBEEBF">
        <w:rPr>
          <w:b w:val="0"/>
          <w:bCs w:val="0"/>
          <w:sz w:val="24"/>
          <w:szCs w:val="24"/>
        </w:rPr>
        <w:t>på</w:t>
      </w:r>
      <w:r w:rsidRPr="0801B811" w:rsidR="35EBEEBF">
        <w:rPr>
          <w:b w:val="0"/>
          <w:bCs w:val="0"/>
          <w:sz w:val="24"/>
          <w:szCs w:val="24"/>
        </w:rPr>
        <w:t xml:space="preserve"> dessa </w:t>
      </w:r>
      <w:r w:rsidRPr="0801B811" w:rsidR="35EBEEBF">
        <w:rPr>
          <w:b w:val="0"/>
          <w:bCs w:val="0"/>
          <w:sz w:val="24"/>
          <w:szCs w:val="24"/>
        </w:rPr>
        <w:t>möten</w:t>
      </w:r>
      <w:r w:rsidRPr="0801B811" w:rsidR="35EBEEBF">
        <w:rPr>
          <w:b w:val="0"/>
          <w:bCs w:val="0"/>
          <w:sz w:val="24"/>
          <w:szCs w:val="24"/>
        </w:rPr>
        <w:t xml:space="preserve">, </w:t>
      </w:r>
      <w:r w:rsidRPr="0801B811" w:rsidR="35EBEEBF">
        <w:rPr>
          <w:b w:val="0"/>
          <w:bCs w:val="0"/>
          <w:sz w:val="24"/>
          <w:szCs w:val="24"/>
        </w:rPr>
        <w:t>planeras med</w:t>
      </w:r>
      <w:r w:rsidRPr="0801B811" w:rsidR="35EBEEBF">
        <w:rPr>
          <w:b w:val="0"/>
          <w:bCs w:val="0"/>
          <w:sz w:val="24"/>
          <w:szCs w:val="24"/>
        </w:rPr>
        <w:t xml:space="preserve"> </w:t>
      </w:r>
      <w:r w:rsidRPr="0801B811" w:rsidR="35EBEEBF">
        <w:rPr>
          <w:b w:val="0"/>
          <w:bCs w:val="0"/>
          <w:sz w:val="24"/>
          <w:szCs w:val="24"/>
        </w:rPr>
        <w:t>uppstart</w:t>
      </w:r>
      <w:r w:rsidRPr="0801B811" w:rsidR="35EBEEBF">
        <w:rPr>
          <w:b w:val="0"/>
          <w:bCs w:val="0"/>
          <w:sz w:val="24"/>
          <w:szCs w:val="24"/>
        </w:rPr>
        <w:t xml:space="preserve"> </w:t>
      </w:r>
      <w:r w:rsidRPr="0801B811" w:rsidR="35EBEEBF">
        <w:rPr>
          <w:b w:val="0"/>
          <w:bCs w:val="0"/>
          <w:sz w:val="24"/>
          <w:szCs w:val="24"/>
        </w:rPr>
        <w:t>i</w:t>
      </w:r>
      <w:r w:rsidRPr="0801B811" w:rsidR="35EBEEBF">
        <w:rPr>
          <w:b w:val="0"/>
          <w:bCs w:val="0"/>
          <w:sz w:val="24"/>
          <w:szCs w:val="24"/>
        </w:rPr>
        <w:t xml:space="preserve"> </w:t>
      </w:r>
      <w:r w:rsidRPr="0801B811" w:rsidR="35EBEEBF">
        <w:rPr>
          <w:b w:val="0"/>
          <w:bCs w:val="0"/>
          <w:sz w:val="24"/>
          <w:szCs w:val="24"/>
        </w:rPr>
        <w:t>december</w:t>
      </w:r>
      <w:r w:rsidRPr="0801B811" w:rsidR="35EBEEBF">
        <w:rPr>
          <w:b w:val="0"/>
          <w:bCs w:val="0"/>
          <w:sz w:val="24"/>
          <w:szCs w:val="24"/>
        </w:rPr>
        <w:t>.</w:t>
      </w:r>
    </w:p>
    <w:p w:rsidR="7BA97250" w:rsidP="0801B811" w:rsidRDefault="7BA97250" w14:paraId="1CEEC557" w14:textId="33DE81C8">
      <w:pPr>
        <w:pStyle w:val="Normal"/>
        <w:jc w:val="left"/>
        <w:rPr>
          <w:b w:val="0"/>
          <w:bCs w:val="0"/>
          <w:sz w:val="24"/>
          <w:szCs w:val="24"/>
        </w:rPr>
      </w:pPr>
      <w:r w:rsidRPr="0801B811" w:rsidR="7BA97250">
        <w:rPr>
          <w:b w:val="0"/>
          <w:bCs w:val="0"/>
          <w:sz w:val="24"/>
          <w:szCs w:val="24"/>
        </w:rPr>
        <w:t>§</w:t>
      </w:r>
      <w:r w:rsidRPr="0801B811" w:rsidR="0AC660E0">
        <w:rPr>
          <w:b w:val="0"/>
          <w:bCs w:val="0"/>
          <w:sz w:val="24"/>
          <w:szCs w:val="24"/>
        </w:rPr>
        <w:t>15</w:t>
      </w:r>
      <w:r>
        <w:tab/>
      </w:r>
      <w:r w:rsidRPr="0801B811" w:rsidR="0AC660E0">
        <w:rPr>
          <w:b w:val="0"/>
          <w:bCs w:val="0"/>
          <w:sz w:val="24"/>
          <w:szCs w:val="24"/>
        </w:rPr>
        <w:t>Marknadsföringsgruppen</w:t>
      </w:r>
      <w:r w:rsidRPr="0801B811" w:rsidR="2301FD1D">
        <w:rPr>
          <w:b w:val="0"/>
          <w:bCs w:val="0"/>
          <w:sz w:val="24"/>
          <w:szCs w:val="24"/>
        </w:rPr>
        <w:t xml:space="preserve">.  </w:t>
      </w:r>
      <w:r w:rsidRPr="0801B811" w:rsidR="14ADC868">
        <w:rPr>
          <w:b w:val="0"/>
          <w:bCs w:val="0"/>
          <w:sz w:val="24"/>
          <w:szCs w:val="24"/>
        </w:rPr>
        <w:t>Inventering</w:t>
      </w:r>
      <w:r w:rsidRPr="0801B811" w:rsidR="14ADC868">
        <w:rPr>
          <w:b w:val="0"/>
          <w:bCs w:val="0"/>
          <w:sz w:val="24"/>
          <w:szCs w:val="24"/>
        </w:rPr>
        <w:t xml:space="preserve"> </w:t>
      </w:r>
      <w:r w:rsidRPr="0801B811" w:rsidR="347BFD75">
        <w:rPr>
          <w:b w:val="0"/>
          <w:bCs w:val="0"/>
          <w:sz w:val="24"/>
          <w:szCs w:val="24"/>
        </w:rPr>
        <w:t xml:space="preserve">av </w:t>
      </w:r>
      <w:r w:rsidRPr="0801B811" w:rsidR="347BFD75">
        <w:rPr>
          <w:b w:val="0"/>
          <w:bCs w:val="0"/>
          <w:sz w:val="24"/>
          <w:szCs w:val="24"/>
        </w:rPr>
        <w:t>befintligt</w:t>
      </w:r>
      <w:r w:rsidRPr="0801B811" w:rsidR="347BFD75">
        <w:rPr>
          <w:b w:val="0"/>
          <w:bCs w:val="0"/>
          <w:sz w:val="24"/>
          <w:szCs w:val="24"/>
        </w:rPr>
        <w:t xml:space="preserve"> </w:t>
      </w:r>
      <w:r w:rsidRPr="0801B811" w:rsidR="14ADC868">
        <w:rPr>
          <w:b w:val="0"/>
          <w:bCs w:val="0"/>
          <w:sz w:val="24"/>
          <w:szCs w:val="24"/>
        </w:rPr>
        <w:t>mat</w:t>
      </w:r>
      <w:r w:rsidRPr="0801B811" w:rsidR="33CE7324">
        <w:rPr>
          <w:b w:val="0"/>
          <w:bCs w:val="0"/>
          <w:sz w:val="24"/>
          <w:szCs w:val="24"/>
        </w:rPr>
        <w:t>e</w:t>
      </w:r>
      <w:r w:rsidRPr="0801B811" w:rsidR="14ADC868">
        <w:rPr>
          <w:b w:val="0"/>
          <w:bCs w:val="0"/>
          <w:sz w:val="24"/>
          <w:szCs w:val="24"/>
        </w:rPr>
        <w:t>rial</w:t>
      </w:r>
      <w:r w:rsidRPr="0801B811" w:rsidR="14ADC868">
        <w:rPr>
          <w:b w:val="0"/>
          <w:bCs w:val="0"/>
          <w:sz w:val="24"/>
          <w:szCs w:val="24"/>
        </w:rPr>
        <w:t xml:space="preserve">  </w:t>
      </w:r>
      <w:r w:rsidRPr="0801B811" w:rsidR="14ADC868">
        <w:rPr>
          <w:b w:val="0"/>
          <w:bCs w:val="0"/>
          <w:sz w:val="24"/>
          <w:szCs w:val="24"/>
        </w:rPr>
        <w:t>pågår</w:t>
      </w:r>
      <w:r w:rsidRPr="0801B811" w:rsidR="14ADC868">
        <w:rPr>
          <w:b w:val="0"/>
          <w:bCs w:val="0"/>
          <w:sz w:val="24"/>
          <w:szCs w:val="24"/>
        </w:rPr>
        <w:t xml:space="preserve">. </w:t>
      </w:r>
    </w:p>
    <w:p w:rsidR="07ECF58A" w:rsidP="0C4B0627" w:rsidRDefault="07ECF58A" w14:paraId="75506519" w14:textId="3DF47AE4">
      <w:pPr>
        <w:pStyle w:val="Normal"/>
        <w:jc w:val="left"/>
      </w:pPr>
      <w:r w:rsidRPr="0801B811" w:rsidR="07ECF58A">
        <w:rPr>
          <w:b w:val="0"/>
          <w:bCs w:val="0"/>
          <w:sz w:val="24"/>
          <w:szCs w:val="24"/>
        </w:rPr>
        <w:t xml:space="preserve">§16 </w:t>
      </w:r>
      <w:r>
        <w:tab/>
      </w:r>
      <w:r w:rsidRPr="0801B811" w:rsidR="07ECF58A">
        <w:rPr>
          <w:b w:val="0"/>
          <w:bCs w:val="0"/>
          <w:sz w:val="24"/>
          <w:szCs w:val="24"/>
        </w:rPr>
        <w:t xml:space="preserve">Digital </w:t>
      </w:r>
      <w:r w:rsidRPr="0801B811" w:rsidR="07ECF58A">
        <w:rPr>
          <w:b w:val="0"/>
          <w:bCs w:val="0"/>
          <w:sz w:val="24"/>
          <w:szCs w:val="24"/>
        </w:rPr>
        <w:t>utbildningsserie</w:t>
      </w:r>
      <w:r w:rsidRPr="0801B811" w:rsidR="3656C13A">
        <w:rPr>
          <w:b w:val="0"/>
          <w:bCs w:val="0"/>
          <w:sz w:val="24"/>
          <w:szCs w:val="24"/>
        </w:rPr>
        <w:t xml:space="preserve">. </w:t>
      </w:r>
      <w:r w:rsidRPr="0801B811" w:rsidR="3656C13A">
        <w:rPr>
          <w:b w:val="0"/>
          <w:bCs w:val="0"/>
          <w:sz w:val="24"/>
          <w:szCs w:val="24"/>
        </w:rPr>
        <w:t>Första</w:t>
      </w:r>
      <w:r w:rsidRPr="0801B811" w:rsidR="3656C13A">
        <w:rPr>
          <w:b w:val="0"/>
          <w:bCs w:val="0"/>
          <w:sz w:val="24"/>
          <w:szCs w:val="24"/>
        </w:rPr>
        <w:t xml:space="preserve"> </w:t>
      </w:r>
      <w:r w:rsidRPr="0801B811" w:rsidR="3656C13A">
        <w:rPr>
          <w:b w:val="0"/>
          <w:bCs w:val="0"/>
          <w:sz w:val="24"/>
          <w:szCs w:val="24"/>
        </w:rPr>
        <w:t>tillfället</w:t>
      </w:r>
      <w:r w:rsidRPr="0801B811" w:rsidR="3656C13A">
        <w:rPr>
          <w:b w:val="0"/>
          <w:bCs w:val="0"/>
          <w:sz w:val="24"/>
          <w:szCs w:val="24"/>
        </w:rPr>
        <w:t xml:space="preserve"> </w:t>
      </w:r>
      <w:r w:rsidRPr="0801B811" w:rsidR="3656C13A">
        <w:rPr>
          <w:b w:val="0"/>
          <w:bCs w:val="0"/>
          <w:sz w:val="24"/>
          <w:szCs w:val="24"/>
        </w:rPr>
        <w:t>är</w:t>
      </w:r>
      <w:r w:rsidRPr="0801B811" w:rsidR="3656C13A">
        <w:rPr>
          <w:b w:val="0"/>
          <w:bCs w:val="0"/>
          <w:sz w:val="24"/>
          <w:szCs w:val="24"/>
        </w:rPr>
        <w:t xml:space="preserve"> nu </w:t>
      </w:r>
      <w:r w:rsidRPr="0801B811" w:rsidR="3656C13A">
        <w:rPr>
          <w:b w:val="0"/>
          <w:bCs w:val="0"/>
          <w:sz w:val="24"/>
          <w:szCs w:val="24"/>
        </w:rPr>
        <w:t>genom</w:t>
      </w:r>
      <w:r w:rsidRPr="0801B811" w:rsidR="0BCA6FD2">
        <w:rPr>
          <w:b w:val="0"/>
          <w:bCs w:val="0"/>
          <w:sz w:val="24"/>
          <w:szCs w:val="24"/>
        </w:rPr>
        <w:t>fört</w:t>
      </w:r>
      <w:r w:rsidRPr="0801B811" w:rsidR="0BCA6FD2">
        <w:rPr>
          <w:b w:val="0"/>
          <w:bCs w:val="0"/>
          <w:sz w:val="24"/>
          <w:szCs w:val="24"/>
        </w:rPr>
        <w:t xml:space="preserve"> med </w:t>
      </w:r>
      <w:r w:rsidRPr="0801B811" w:rsidR="0BCA6FD2">
        <w:rPr>
          <w:b w:val="0"/>
          <w:bCs w:val="0"/>
          <w:sz w:val="24"/>
          <w:szCs w:val="24"/>
        </w:rPr>
        <w:t>bravur</w:t>
      </w:r>
      <w:r w:rsidRPr="0801B811" w:rsidR="0BCA6FD2">
        <w:rPr>
          <w:b w:val="0"/>
          <w:bCs w:val="0"/>
          <w:sz w:val="24"/>
          <w:szCs w:val="24"/>
        </w:rPr>
        <w:t xml:space="preserve">. </w:t>
      </w:r>
      <w:r w:rsidRPr="0801B811" w:rsidR="3656C13A">
        <w:rPr>
          <w:b w:val="0"/>
          <w:bCs w:val="0"/>
          <w:sz w:val="24"/>
          <w:szCs w:val="24"/>
        </w:rPr>
        <w:t xml:space="preserve"> </w:t>
      </w:r>
      <w:r w:rsidRPr="0801B811" w:rsidR="4061500C">
        <w:rPr>
          <w:b w:val="0"/>
          <w:bCs w:val="0"/>
          <w:color w:val="FF0000"/>
          <w:sz w:val="24"/>
          <w:szCs w:val="24"/>
        </w:rPr>
        <w:t>Beslut</w:t>
      </w:r>
      <w:r w:rsidRPr="0801B811" w:rsidR="4061500C">
        <w:rPr>
          <w:b w:val="0"/>
          <w:bCs w:val="0"/>
          <w:color w:val="FF0000"/>
          <w:sz w:val="24"/>
          <w:szCs w:val="24"/>
        </w:rPr>
        <w:t xml:space="preserve">: Elina </w:t>
      </w:r>
      <w:r w:rsidRPr="0801B811" w:rsidR="4061500C">
        <w:rPr>
          <w:b w:val="0"/>
          <w:bCs w:val="0"/>
          <w:color w:val="FF0000"/>
          <w:sz w:val="24"/>
          <w:szCs w:val="24"/>
        </w:rPr>
        <w:t>bokar</w:t>
      </w:r>
      <w:r w:rsidRPr="0801B811" w:rsidR="4061500C">
        <w:rPr>
          <w:b w:val="0"/>
          <w:bCs w:val="0"/>
          <w:color w:val="FF0000"/>
          <w:sz w:val="24"/>
          <w:szCs w:val="24"/>
        </w:rPr>
        <w:t xml:space="preserve"> in </w:t>
      </w:r>
      <w:r w:rsidRPr="0801B811" w:rsidR="4061500C">
        <w:rPr>
          <w:b w:val="0"/>
          <w:bCs w:val="0"/>
          <w:color w:val="FF0000"/>
          <w:sz w:val="24"/>
          <w:szCs w:val="24"/>
        </w:rPr>
        <w:t>nytt</w:t>
      </w:r>
      <w:r w:rsidRPr="0801B811" w:rsidR="4061500C">
        <w:rPr>
          <w:b w:val="0"/>
          <w:bCs w:val="0"/>
          <w:color w:val="FF0000"/>
          <w:sz w:val="24"/>
          <w:szCs w:val="24"/>
        </w:rPr>
        <w:t xml:space="preserve"> </w:t>
      </w:r>
      <w:r w:rsidRPr="0801B811" w:rsidR="4061500C">
        <w:rPr>
          <w:b w:val="0"/>
          <w:bCs w:val="0"/>
          <w:color w:val="FF0000"/>
          <w:sz w:val="24"/>
          <w:szCs w:val="24"/>
        </w:rPr>
        <w:t>möte</w:t>
      </w:r>
      <w:r w:rsidRPr="0801B811" w:rsidR="4061500C">
        <w:rPr>
          <w:b w:val="0"/>
          <w:bCs w:val="0"/>
          <w:color w:val="FF0000"/>
          <w:sz w:val="24"/>
          <w:szCs w:val="24"/>
        </w:rPr>
        <w:t xml:space="preserve"> för </w:t>
      </w:r>
      <w:r w:rsidRPr="0801B811" w:rsidR="4061500C">
        <w:rPr>
          <w:b w:val="0"/>
          <w:bCs w:val="0"/>
          <w:color w:val="FF0000"/>
          <w:sz w:val="24"/>
          <w:szCs w:val="24"/>
        </w:rPr>
        <w:t>utvärdering</w:t>
      </w:r>
      <w:r w:rsidRPr="0801B811" w:rsidR="2D227385">
        <w:rPr>
          <w:b w:val="0"/>
          <w:bCs w:val="0"/>
          <w:color w:val="FF0000"/>
          <w:sz w:val="24"/>
          <w:szCs w:val="24"/>
        </w:rPr>
        <w:t xml:space="preserve"> </w:t>
      </w:r>
      <w:r w:rsidRPr="0801B811" w:rsidR="2D227385">
        <w:rPr>
          <w:b w:val="0"/>
          <w:bCs w:val="0"/>
          <w:color w:val="FF0000"/>
          <w:sz w:val="24"/>
          <w:szCs w:val="24"/>
        </w:rPr>
        <w:t>samt</w:t>
      </w:r>
      <w:r w:rsidRPr="0801B811" w:rsidR="2D227385">
        <w:rPr>
          <w:b w:val="0"/>
          <w:bCs w:val="0"/>
          <w:color w:val="FF0000"/>
          <w:sz w:val="24"/>
          <w:szCs w:val="24"/>
        </w:rPr>
        <w:t xml:space="preserve"> </w:t>
      </w:r>
      <w:r w:rsidRPr="0801B811" w:rsidR="2D227385">
        <w:rPr>
          <w:b w:val="0"/>
          <w:bCs w:val="0"/>
          <w:color w:val="FF0000"/>
          <w:sz w:val="24"/>
          <w:szCs w:val="24"/>
        </w:rPr>
        <w:t>nästkommande</w:t>
      </w:r>
      <w:r w:rsidRPr="0801B811" w:rsidR="2D227385">
        <w:rPr>
          <w:b w:val="0"/>
          <w:bCs w:val="0"/>
          <w:color w:val="FF0000"/>
          <w:sz w:val="24"/>
          <w:szCs w:val="24"/>
        </w:rPr>
        <w:t xml:space="preserve"> </w:t>
      </w:r>
      <w:r w:rsidRPr="0801B811" w:rsidR="2D227385">
        <w:rPr>
          <w:b w:val="0"/>
          <w:bCs w:val="0"/>
          <w:color w:val="FF0000"/>
          <w:sz w:val="24"/>
          <w:szCs w:val="24"/>
        </w:rPr>
        <w:t>serie</w:t>
      </w:r>
    </w:p>
    <w:p w:rsidR="5237632D" w:rsidP="0801B811" w:rsidRDefault="5237632D" w14:paraId="5C6D620D" w14:textId="0EF220BD">
      <w:pPr>
        <w:jc w:val="left"/>
        <w:rPr>
          <w:b w:val="0"/>
          <w:bCs w:val="0"/>
          <w:sz w:val="24"/>
          <w:szCs w:val="24"/>
        </w:rPr>
      </w:pPr>
      <w:r w:rsidRPr="0801B811" w:rsidR="5237632D">
        <w:rPr>
          <w:b w:val="0"/>
          <w:bCs w:val="0"/>
          <w:sz w:val="24"/>
          <w:szCs w:val="24"/>
        </w:rPr>
        <w:t>§</w:t>
      </w:r>
      <w:r w:rsidRPr="0801B811" w:rsidR="7BCB295A">
        <w:rPr>
          <w:b w:val="0"/>
          <w:bCs w:val="0"/>
          <w:sz w:val="24"/>
          <w:szCs w:val="24"/>
        </w:rPr>
        <w:t>1</w:t>
      </w:r>
      <w:r w:rsidRPr="0801B811" w:rsidR="748A4CEA">
        <w:rPr>
          <w:b w:val="0"/>
          <w:bCs w:val="0"/>
          <w:sz w:val="24"/>
          <w:szCs w:val="24"/>
        </w:rPr>
        <w:t>7</w:t>
      </w:r>
      <w:r w:rsidRPr="0801B811" w:rsidR="5237632D">
        <w:rPr>
          <w:b w:val="0"/>
          <w:bCs w:val="0"/>
          <w:sz w:val="24"/>
          <w:szCs w:val="24"/>
        </w:rPr>
        <w:t xml:space="preserve"> </w:t>
      </w:r>
      <w:r>
        <w:tab/>
      </w:r>
      <w:r w:rsidRPr="0801B811" w:rsidR="5237632D">
        <w:rPr>
          <w:b w:val="0"/>
          <w:bCs w:val="0"/>
          <w:sz w:val="24"/>
          <w:szCs w:val="24"/>
        </w:rPr>
        <w:t>Övrig</w:t>
      </w:r>
      <w:r w:rsidRPr="0801B811" w:rsidR="5237632D">
        <w:rPr>
          <w:b w:val="0"/>
          <w:bCs w:val="0"/>
          <w:sz w:val="24"/>
          <w:szCs w:val="24"/>
        </w:rPr>
        <w:t>a</w:t>
      </w:r>
      <w:r w:rsidRPr="0801B811" w:rsidR="5237632D">
        <w:rPr>
          <w:b w:val="0"/>
          <w:bCs w:val="0"/>
          <w:sz w:val="24"/>
          <w:szCs w:val="24"/>
        </w:rPr>
        <w:t xml:space="preserve"> </w:t>
      </w:r>
      <w:r w:rsidRPr="0801B811" w:rsidR="5237632D">
        <w:rPr>
          <w:b w:val="0"/>
          <w:bCs w:val="0"/>
          <w:sz w:val="24"/>
          <w:szCs w:val="24"/>
        </w:rPr>
        <w:t>fr</w:t>
      </w:r>
      <w:r w:rsidRPr="0801B811" w:rsidR="5237632D">
        <w:rPr>
          <w:b w:val="0"/>
          <w:bCs w:val="0"/>
          <w:sz w:val="24"/>
          <w:szCs w:val="24"/>
        </w:rPr>
        <w:t>ågor</w:t>
      </w:r>
      <w:r w:rsidRPr="0801B811" w:rsidR="708ED0BD">
        <w:rPr>
          <w:b w:val="0"/>
          <w:bCs w:val="0"/>
          <w:sz w:val="24"/>
          <w:szCs w:val="24"/>
        </w:rPr>
        <w:t xml:space="preserve">. </w:t>
      </w:r>
      <w:r w:rsidRPr="0801B811" w:rsidR="764EA04D">
        <w:rPr>
          <w:b w:val="0"/>
          <w:bCs w:val="0"/>
          <w:sz w:val="24"/>
          <w:szCs w:val="24"/>
        </w:rPr>
        <w:t xml:space="preserve">Elina </w:t>
      </w:r>
      <w:r w:rsidRPr="0801B811" w:rsidR="764EA04D">
        <w:rPr>
          <w:b w:val="0"/>
          <w:bCs w:val="0"/>
          <w:sz w:val="24"/>
          <w:szCs w:val="24"/>
        </w:rPr>
        <w:t>har</w:t>
      </w:r>
      <w:r w:rsidRPr="0801B811" w:rsidR="764EA04D">
        <w:rPr>
          <w:b w:val="0"/>
          <w:bCs w:val="0"/>
          <w:sz w:val="24"/>
          <w:szCs w:val="24"/>
        </w:rPr>
        <w:t xml:space="preserve"> </w:t>
      </w:r>
      <w:r w:rsidRPr="0801B811" w:rsidR="764EA04D">
        <w:rPr>
          <w:b w:val="0"/>
          <w:bCs w:val="0"/>
          <w:sz w:val="24"/>
          <w:szCs w:val="24"/>
        </w:rPr>
        <w:t>ej</w:t>
      </w:r>
      <w:r w:rsidRPr="0801B811" w:rsidR="764EA04D">
        <w:rPr>
          <w:b w:val="0"/>
          <w:bCs w:val="0"/>
          <w:sz w:val="24"/>
          <w:szCs w:val="24"/>
        </w:rPr>
        <w:t xml:space="preserve"> </w:t>
      </w:r>
      <w:r w:rsidRPr="0801B811" w:rsidR="764EA04D">
        <w:rPr>
          <w:b w:val="0"/>
          <w:bCs w:val="0"/>
          <w:sz w:val="24"/>
          <w:szCs w:val="24"/>
        </w:rPr>
        <w:t>fått</w:t>
      </w:r>
      <w:r w:rsidRPr="0801B811" w:rsidR="764EA04D">
        <w:rPr>
          <w:b w:val="0"/>
          <w:bCs w:val="0"/>
          <w:sz w:val="24"/>
          <w:szCs w:val="24"/>
        </w:rPr>
        <w:t xml:space="preserve"> </w:t>
      </w:r>
      <w:r w:rsidRPr="0801B811" w:rsidR="764EA04D">
        <w:rPr>
          <w:b w:val="0"/>
          <w:bCs w:val="0"/>
          <w:sz w:val="24"/>
          <w:szCs w:val="24"/>
        </w:rPr>
        <w:t>s</w:t>
      </w:r>
      <w:r w:rsidRPr="0801B811" w:rsidR="764EA04D">
        <w:rPr>
          <w:b w:val="0"/>
          <w:bCs w:val="0"/>
          <w:sz w:val="24"/>
          <w:szCs w:val="24"/>
        </w:rPr>
        <w:t>var</w:t>
      </w:r>
      <w:r w:rsidRPr="0801B811" w:rsidR="764EA04D">
        <w:rPr>
          <w:b w:val="0"/>
          <w:bCs w:val="0"/>
          <w:sz w:val="24"/>
          <w:szCs w:val="24"/>
        </w:rPr>
        <w:t xml:space="preserve"> </w:t>
      </w:r>
      <w:r w:rsidRPr="0801B811" w:rsidR="764EA04D">
        <w:rPr>
          <w:b w:val="0"/>
          <w:bCs w:val="0"/>
          <w:sz w:val="24"/>
          <w:szCs w:val="24"/>
        </w:rPr>
        <w:t>från</w:t>
      </w:r>
      <w:r w:rsidRPr="0801B811" w:rsidR="764EA04D">
        <w:rPr>
          <w:b w:val="0"/>
          <w:bCs w:val="0"/>
          <w:sz w:val="24"/>
          <w:szCs w:val="24"/>
        </w:rPr>
        <w:t xml:space="preserve"> Kind &amp; ICF core sets</w:t>
      </w:r>
      <w:r w:rsidRPr="0801B811" w:rsidR="2C3E8B2E">
        <w:rPr>
          <w:b w:val="0"/>
          <w:bCs w:val="0"/>
          <w:sz w:val="24"/>
          <w:szCs w:val="24"/>
        </w:rPr>
        <w:t xml:space="preserve">, se </w:t>
      </w:r>
      <w:r w:rsidRPr="0801B811" w:rsidR="2C3E8B2E">
        <w:rPr>
          <w:b w:val="0"/>
          <w:bCs w:val="0"/>
          <w:sz w:val="24"/>
          <w:szCs w:val="24"/>
        </w:rPr>
        <w:t>föregående</w:t>
      </w:r>
      <w:r w:rsidRPr="0801B811" w:rsidR="2C3E8B2E">
        <w:rPr>
          <w:b w:val="0"/>
          <w:bCs w:val="0"/>
          <w:sz w:val="24"/>
          <w:szCs w:val="24"/>
        </w:rPr>
        <w:t xml:space="preserve"> </w:t>
      </w:r>
      <w:r w:rsidRPr="0801B811" w:rsidR="2C3E8B2E">
        <w:rPr>
          <w:b w:val="0"/>
          <w:bCs w:val="0"/>
          <w:sz w:val="24"/>
          <w:szCs w:val="24"/>
        </w:rPr>
        <w:t>protokoll</w:t>
      </w:r>
      <w:r w:rsidRPr="0801B811" w:rsidR="2C3E8B2E">
        <w:rPr>
          <w:b w:val="0"/>
          <w:bCs w:val="0"/>
          <w:sz w:val="24"/>
          <w:szCs w:val="24"/>
        </w:rPr>
        <w:t>.</w:t>
      </w:r>
      <w:r w:rsidRPr="0801B811" w:rsidR="4DFFD728">
        <w:rPr>
          <w:b w:val="0"/>
          <w:bCs w:val="0"/>
          <w:sz w:val="24"/>
          <w:szCs w:val="24"/>
        </w:rPr>
        <w:t xml:space="preserve"> Elina info </w:t>
      </w:r>
      <w:r w:rsidRPr="0801B811" w:rsidR="4DFFD728">
        <w:rPr>
          <w:b w:val="0"/>
          <w:bCs w:val="0"/>
          <w:sz w:val="24"/>
          <w:szCs w:val="24"/>
        </w:rPr>
        <w:t>ökning</w:t>
      </w:r>
      <w:r w:rsidRPr="0801B811" w:rsidR="4DFFD728">
        <w:rPr>
          <w:b w:val="0"/>
          <w:bCs w:val="0"/>
          <w:sz w:val="24"/>
          <w:szCs w:val="24"/>
        </w:rPr>
        <w:t xml:space="preserve"> </w:t>
      </w:r>
      <w:r w:rsidRPr="0801B811" w:rsidR="4DFFD728">
        <w:rPr>
          <w:b w:val="0"/>
          <w:bCs w:val="0"/>
          <w:sz w:val="24"/>
          <w:szCs w:val="24"/>
        </w:rPr>
        <w:t>killar</w:t>
      </w:r>
      <w:r w:rsidRPr="0801B811" w:rsidR="4DFFD728">
        <w:rPr>
          <w:b w:val="0"/>
          <w:bCs w:val="0"/>
          <w:sz w:val="24"/>
          <w:szCs w:val="24"/>
        </w:rPr>
        <w:t xml:space="preserve"> </w:t>
      </w:r>
      <w:r w:rsidRPr="0801B811" w:rsidR="4DFFD728">
        <w:rPr>
          <w:b w:val="0"/>
          <w:bCs w:val="0"/>
          <w:sz w:val="24"/>
          <w:szCs w:val="24"/>
        </w:rPr>
        <w:t>på</w:t>
      </w:r>
      <w:r w:rsidRPr="0801B811" w:rsidR="4DFFD728">
        <w:rPr>
          <w:b w:val="0"/>
          <w:bCs w:val="0"/>
          <w:sz w:val="24"/>
          <w:szCs w:val="24"/>
        </w:rPr>
        <w:t xml:space="preserve"> UM Skåne </w:t>
      </w:r>
      <w:r w:rsidRPr="0801B811" w:rsidR="4DFFD728">
        <w:rPr>
          <w:b w:val="0"/>
          <w:bCs w:val="0"/>
          <w:sz w:val="24"/>
          <w:szCs w:val="24"/>
        </w:rPr>
        <w:t>kampanj</w:t>
      </w:r>
      <w:r w:rsidRPr="0801B811" w:rsidR="4DFFD728">
        <w:rPr>
          <w:b w:val="0"/>
          <w:bCs w:val="0"/>
          <w:sz w:val="24"/>
          <w:szCs w:val="24"/>
        </w:rPr>
        <w:t xml:space="preserve"> Hej </w:t>
      </w:r>
      <w:r w:rsidRPr="0801B811" w:rsidR="4DFFD728">
        <w:rPr>
          <w:b w:val="0"/>
          <w:bCs w:val="0"/>
          <w:sz w:val="24"/>
          <w:szCs w:val="24"/>
        </w:rPr>
        <w:t>kille</w:t>
      </w:r>
      <w:r w:rsidRPr="0801B811" w:rsidR="4DFFD728">
        <w:rPr>
          <w:b w:val="0"/>
          <w:bCs w:val="0"/>
          <w:sz w:val="24"/>
          <w:szCs w:val="24"/>
        </w:rPr>
        <w:t xml:space="preserve"> </w:t>
      </w:r>
      <w:r w:rsidRPr="0801B811" w:rsidR="4DFFD728">
        <w:rPr>
          <w:b w:val="0"/>
          <w:bCs w:val="0"/>
          <w:sz w:val="24"/>
          <w:szCs w:val="24"/>
        </w:rPr>
        <w:t>samt</w:t>
      </w:r>
      <w:r w:rsidRPr="0801B811" w:rsidR="4DFFD728">
        <w:rPr>
          <w:b w:val="0"/>
          <w:bCs w:val="0"/>
          <w:sz w:val="24"/>
          <w:szCs w:val="24"/>
        </w:rPr>
        <w:t xml:space="preserve"> HPV </w:t>
      </w:r>
      <w:r w:rsidRPr="0801B811" w:rsidR="4DFFD728">
        <w:rPr>
          <w:b w:val="0"/>
          <w:bCs w:val="0"/>
          <w:sz w:val="24"/>
          <w:szCs w:val="24"/>
        </w:rPr>
        <w:t>vaccinationer</w:t>
      </w:r>
      <w:r w:rsidRPr="0801B811" w:rsidR="4DFFD728">
        <w:rPr>
          <w:b w:val="0"/>
          <w:bCs w:val="0"/>
          <w:sz w:val="24"/>
          <w:szCs w:val="24"/>
        </w:rPr>
        <w:t xml:space="preserve"> </w:t>
      </w:r>
      <w:r w:rsidRPr="0801B811" w:rsidR="4DFFD728">
        <w:rPr>
          <w:b w:val="0"/>
          <w:bCs w:val="0"/>
          <w:sz w:val="24"/>
          <w:szCs w:val="24"/>
        </w:rPr>
        <w:t>på</w:t>
      </w:r>
      <w:r w:rsidRPr="0801B811" w:rsidR="4DFFD728">
        <w:rPr>
          <w:b w:val="0"/>
          <w:bCs w:val="0"/>
          <w:sz w:val="24"/>
          <w:szCs w:val="24"/>
        </w:rPr>
        <w:t xml:space="preserve"> </w:t>
      </w:r>
      <w:r w:rsidRPr="0801B811" w:rsidR="4DFFD728">
        <w:rPr>
          <w:b w:val="0"/>
          <w:bCs w:val="0"/>
          <w:sz w:val="24"/>
          <w:szCs w:val="24"/>
        </w:rPr>
        <w:t>mottagningarna</w:t>
      </w:r>
      <w:r w:rsidRPr="0801B811" w:rsidR="4DFFD728">
        <w:rPr>
          <w:b w:val="0"/>
          <w:bCs w:val="0"/>
          <w:sz w:val="24"/>
          <w:szCs w:val="24"/>
        </w:rPr>
        <w:t xml:space="preserve">. </w:t>
      </w:r>
      <w:r w:rsidRPr="0801B811" w:rsidR="4DFFD728">
        <w:rPr>
          <w:b w:val="0"/>
          <w:bCs w:val="0"/>
          <w:sz w:val="24"/>
          <w:szCs w:val="24"/>
        </w:rPr>
        <w:t>Arbetsgruppen</w:t>
      </w:r>
      <w:r w:rsidRPr="0801B811" w:rsidR="4DFFD728">
        <w:rPr>
          <w:b w:val="0"/>
          <w:bCs w:val="0"/>
          <w:sz w:val="24"/>
          <w:szCs w:val="24"/>
        </w:rPr>
        <w:t xml:space="preserve"> </w:t>
      </w:r>
      <w:r w:rsidRPr="0801B811" w:rsidR="4DFFD728">
        <w:rPr>
          <w:b w:val="0"/>
          <w:bCs w:val="0"/>
          <w:sz w:val="24"/>
          <w:szCs w:val="24"/>
        </w:rPr>
        <w:t>socialst</w:t>
      </w:r>
      <w:r w:rsidRPr="0801B811" w:rsidR="112ABD73">
        <w:rPr>
          <w:b w:val="0"/>
          <w:bCs w:val="0"/>
          <w:sz w:val="24"/>
          <w:szCs w:val="24"/>
        </w:rPr>
        <w:t>y</w:t>
      </w:r>
      <w:r w:rsidRPr="0801B811" w:rsidR="4DFFD728">
        <w:rPr>
          <w:b w:val="0"/>
          <w:bCs w:val="0"/>
          <w:sz w:val="24"/>
          <w:szCs w:val="24"/>
        </w:rPr>
        <w:t>relsen</w:t>
      </w:r>
      <w:r w:rsidRPr="0801B811" w:rsidR="59E452D7">
        <w:rPr>
          <w:b w:val="0"/>
          <w:bCs w:val="0"/>
          <w:sz w:val="24"/>
          <w:szCs w:val="24"/>
        </w:rPr>
        <w:t xml:space="preserve"> </w:t>
      </w:r>
      <w:r w:rsidRPr="0801B811" w:rsidR="14929BC1">
        <w:rPr>
          <w:b w:val="0"/>
          <w:bCs w:val="0"/>
          <w:sz w:val="24"/>
          <w:szCs w:val="24"/>
        </w:rPr>
        <w:t>statistik</w:t>
      </w:r>
      <w:r w:rsidRPr="0801B811" w:rsidR="59E452D7">
        <w:rPr>
          <w:b w:val="0"/>
          <w:bCs w:val="0"/>
          <w:sz w:val="24"/>
          <w:szCs w:val="24"/>
        </w:rPr>
        <w:t xml:space="preserve"> </w:t>
      </w:r>
      <w:r w:rsidRPr="0801B811" w:rsidR="59E452D7">
        <w:rPr>
          <w:b w:val="0"/>
          <w:bCs w:val="0"/>
          <w:sz w:val="24"/>
          <w:szCs w:val="24"/>
        </w:rPr>
        <w:t>önska</w:t>
      </w:r>
      <w:r w:rsidRPr="0801B811" w:rsidR="2CD8AEB2">
        <w:rPr>
          <w:b w:val="0"/>
          <w:bCs w:val="0"/>
          <w:sz w:val="24"/>
          <w:szCs w:val="24"/>
        </w:rPr>
        <w:t>s</w:t>
      </w:r>
      <w:r w:rsidRPr="0801B811" w:rsidR="2CD8AEB2">
        <w:rPr>
          <w:b w:val="0"/>
          <w:bCs w:val="0"/>
          <w:sz w:val="24"/>
          <w:szCs w:val="24"/>
        </w:rPr>
        <w:t xml:space="preserve">, </w:t>
      </w:r>
      <w:r w:rsidRPr="0801B811" w:rsidR="2CD8AEB2">
        <w:rPr>
          <w:b w:val="0"/>
          <w:bCs w:val="0"/>
          <w:sz w:val="24"/>
          <w:szCs w:val="24"/>
        </w:rPr>
        <w:t>vad</w:t>
      </w:r>
      <w:r w:rsidRPr="0801B811" w:rsidR="2CD8AEB2">
        <w:rPr>
          <w:b w:val="0"/>
          <w:bCs w:val="0"/>
          <w:sz w:val="24"/>
          <w:szCs w:val="24"/>
        </w:rPr>
        <w:t xml:space="preserve"> </w:t>
      </w:r>
      <w:r w:rsidRPr="0801B811" w:rsidR="2CD8AEB2">
        <w:rPr>
          <w:b w:val="0"/>
          <w:bCs w:val="0"/>
          <w:sz w:val="24"/>
          <w:szCs w:val="24"/>
        </w:rPr>
        <w:t>kan</w:t>
      </w:r>
      <w:r w:rsidRPr="0801B811" w:rsidR="2CD8AEB2">
        <w:rPr>
          <w:b w:val="0"/>
          <w:bCs w:val="0"/>
          <w:sz w:val="24"/>
          <w:szCs w:val="24"/>
        </w:rPr>
        <w:t xml:space="preserve"> vi ta </w:t>
      </w:r>
      <w:r w:rsidRPr="0801B811" w:rsidR="2CD8AEB2">
        <w:rPr>
          <w:b w:val="0"/>
          <w:bCs w:val="0"/>
          <w:sz w:val="24"/>
          <w:szCs w:val="24"/>
        </w:rPr>
        <w:t>fram</w:t>
      </w:r>
      <w:r w:rsidRPr="0801B811" w:rsidR="2CD8AEB2">
        <w:rPr>
          <w:b w:val="0"/>
          <w:bCs w:val="0"/>
          <w:sz w:val="24"/>
          <w:szCs w:val="24"/>
        </w:rPr>
        <w:t xml:space="preserve"> </w:t>
      </w:r>
      <w:r w:rsidRPr="0801B811" w:rsidR="2CD8AEB2">
        <w:rPr>
          <w:b w:val="0"/>
          <w:bCs w:val="0"/>
          <w:sz w:val="24"/>
          <w:szCs w:val="24"/>
        </w:rPr>
        <w:t>stat</w:t>
      </w:r>
      <w:r w:rsidRPr="0801B811" w:rsidR="6EAF3F18">
        <w:rPr>
          <w:b w:val="0"/>
          <w:bCs w:val="0"/>
          <w:sz w:val="24"/>
          <w:szCs w:val="24"/>
        </w:rPr>
        <w:t>i</w:t>
      </w:r>
      <w:r w:rsidRPr="0801B811" w:rsidR="2CD8AEB2">
        <w:rPr>
          <w:b w:val="0"/>
          <w:bCs w:val="0"/>
          <w:sz w:val="24"/>
          <w:szCs w:val="24"/>
        </w:rPr>
        <w:t>stik</w:t>
      </w:r>
      <w:r w:rsidRPr="0801B811" w:rsidR="2CD8AEB2">
        <w:rPr>
          <w:b w:val="0"/>
          <w:bCs w:val="0"/>
          <w:sz w:val="24"/>
          <w:szCs w:val="24"/>
        </w:rPr>
        <w:t xml:space="preserve"> </w:t>
      </w:r>
      <w:r w:rsidRPr="0801B811" w:rsidR="2CD8AEB2">
        <w:rPr>
          <w:b w:val="0"/>
          <w:bCs w:val="0"/>
          <w:sz w:val="24"/>
          <w:szCs w:val="24"/>
        </w:rPr>
        <w:t>besök</w:t>
      </w:r>
      <w:r w:rsidRPr="0801B811" w:rsidR="2CD8AEB2">
        <w:rPr>
          <w:b w:val="0"/>
          <w:bCs w:val="0"/>
          <w:sz w:val="24"/>
          <w:szCs w:val="24"/>
        </w:rPr>
        <w:t xml:space="preserve">, </w:t>
      </w:r>
      <w:r w:rsidRPr="0801B811" w:rsidR="2CD8AEB2">
        <w:rPr>
          <w:b w:val="0"/>
          <w:bCs w:val="0"/>
          <w:sz w:val="24"/>
          <w:szCs w:val="24"/>
        </w:rPr>
        <w:t>kön</w:t>
      </w:r>
      <w:r w:rsidRPr="0801B811" w:rsidR="2CD8AEB2">
        <w:rPr>
          <w:b w:val="0"/>
          <w:bCs w:val="0"/>
          <w:sz w:val="24"/>
          <w:szCs w:val="24"/>
        </w:rPr>
        <w:t xml:space="preserve">, </w:t>
      </w:r>
      <w:r w:rsidRPr="0801B811" w:rsidR="2CD8AEB2">
        <w:rPr>
          <w:b w:val="0"/>
          <w:bCs w:val="0"/>
          <w:sz w:val="24"/>
          <w:szCs w:val="24"/>
        </w:rPr>
        <w:t>nybesök</w:t>
      </w:r>
      <w:r w:rsidRPr="0801B811" w:rsidR="2CD8AEB2">
        <w:rPr>
          <w:b w:val="0"/>
          <w:bCs w:val="0"/>
          <w:sz w:val="24"/>
          <w:szCs w:val="24"/>
        </w:rPr>
        <w:t xml:space="preserve">, </w:t>
      </w:r>
      <w:r w:rsidRPr="0801B811" w:rsidR="2CD8AEB2">
        <w:rPr>
          <w:b w:val="0"/>
          <w:bCs w:val="0"/>
          <w:sz w:val="24"/>
          <w:szCs w:val="24"/>
        </w:rPr>
        <w:t>hur</w:t>
      </w:r>
      <w:r w:rsidRPr="0801B811" w:rsidR="2CD8AEB2">
        <w:rPr>
          <w:b w:val="0"/>
          <w:bCs w:val="0"/>
          <w:sz w:val="24"/>
          <w:szCs w:val="24"/>
        </w:rPr>
        <w:t xml:space="preserve"> </w:t>
      </w:r>
      <w:r w:rsidRPr="0801B811" w:rsidR="2CD8AEB2">
        <w:rPr>
          <w:b w:val="0"/>
          <w:bCs w:val="0"/>
          <w:sz w:val="24"/>
          <w:szCs w:val="24"/>
        </w:rPr>
        <w:t>många</w:t>
      </w:r>
      <w:r w:rsidRPr="0801B811" w:rsidR="2CD8AEB2">
        <w:rPr>
          <w:b w:val="0"/>
          <w:bCs w:val="0"/>
          <w:sz w:val="24"/>
          <w:szCs w:val="24"/>
        </w:rPr>
        <w:t xml:space="preserve"> </w:t>
      </w:r>
      <w:r w:rsidRPr="0801B811" w:rsidR="2CD8AEB2">
        <w:rPr>
          <w:b w:val="0"/>
          <w:bCs w:val="0"/>
          <w:sz w:val="24"/>
          <w:szCs w:val="24"/>
        </w:rPr>
        <w:t>gånger</w:t>
      </w:r>
      <w:r w:rsidRPr="0801B811" w:rsidR="2CD8AEB2">
        <w:rPr>
          <w:b w:val="0"/>
          <w:bCs w:val="0"/>
          <w:sz w:val="24"/>
          <w:szCs w:val="24"/>
        </w:rPr>
        <w:t xml:space="preserve"> </w:t>
      </w:r>
      <w:r w:rsidRPr="0801B811" w:rsidR="2CD8AEB2">
        <w:rPr>
          <w:b w:val="0"/>
          <w:bCs w:val="0"/>
          <w:sz w:val="24"/>
          <w:szCs w:val="24"/>
        </w:rPr>
        <w:t>har</w:t>
      </w:r>
      <w:r w:rsidRPr="0801B811" w:rsidR="2CD8AEB2">
        <w:rPr>
          <w:b w:val="0"/>
          <w:bCs w:val="0"/>
          <w:sz w:val="24"/>
          <w:szCs w:val="24"/>
        </w:rPr>
        <w:t xml:space="preserve"> </w:t>
      </w:r>
      <w:r w:rsidRPr="0801B811" w:rsidR="2CD8AEB2">
        <w:rPr>
          <w:b w:val="0"/>
          <w:bCs w:val="0"/>
          <w:sz w:val="24"/>
          <w:szCs w:val="24"/>
        </w:rPr>
        <w:t>patienten</w:t>
      </w:r>
      <w:r w:rsidRPr="0801B811" w:rsidR="2CD8AEB2">
        <w:rPr>
          <w:b w:val="0"/>
          <w:bCs w:val="0"/>
          <w:sz w:val="24"/>
          <w:szCs w:val="24"/>
        </w:rPr>
        <w:t xml:space="preserve"> </w:t>
      </w:r>
      <w:r w:rsidRPr="0801B811" w:rsidR="2CD8AEB2">
        <w:rPr>
          <w:b w:val="0"/>
          <w:bCs w:val="0"/>
          <w:sz w:val="24"/>
          <w:szCs w:val="24"/>
        </w:rPr>
        <w:t>kommit</w:t>
      </w:r>
      <w:r w:rsidRPr="0801B811" w:rsidR="2CD8AEB2">
        <w:rPr>
          <w:b w:val="0"/>
          <w:bCs w:val="0"/>
          <w:sz w:val="24"/>
          <w:szCs w:val="24"/>
        </w:rPr>
        <w:t>?</w:t>
      </w:r>
      <w:r w:rsidRPr="0801B811" w:rsidR="5F89DE03">
        <w:rPr>
          <w:b w:val="0"/>
          <w:bCs w:val="0"/>
          <w:sz w:val="24"/>
          <w:szCs w:val="24"/>
        </w:rPr>
        <w:t xml:space="preserve"> Veta </w:t>
      </w:r>
      <w:r w:rsidRPr="0801B811" w:rsidR="5F89DE03">
        <w:rPr>
          <w:b w:val="0"/>
          <w:bCs w:val="0"/>
          <w:sz w:val="24"/>
          <w:szCs w:val="24"/>
        </w:rPr>
        <w:t>vilken</w:t>
      </w:r>
      <w:r w:rsidRPr="0801B811" w:rsidR="5F89DE03">
        <w:rPr>
          <w:b w:val="0"/>
          <w:bCs w:val="0"/>
          <w:sz w:val="24"/>
          <w:szCs w:val="24"/>
        </w:rPr>
        <w:t xml:space="preserve"> </w:t>
      </w:r>
      <w:r w:rsidRPr="0801B811" w:rsidR="5F89DE03">
        <w:rPr>
          <w:b w:val="0"/>
          <w:bCs w:val="0"/>
          <w:sz w:val="24"/>
          <w:szCs w:val="24"/>
        </w:rPr>
        <w:t>s</w:t>
      </w:r>
      <w:r w:rsidRPr="0801B811" w:rsidR="07F672B2">
        <w:rPr>
          <w:b w:val="0"/>
          <w:bCs w:val="0"/>
          <w:sz w:val="24"/>
          <w:szCs w:val="24"/>
        </w:rPr>
        <w:t>lags</w:t>
      </w:r>
      <w:r w:rsidRPr="0801B811" w:rsidR="5F89DE03">
        <w:rPr>
          <w:b w:val="0"/>
          <w:bCs w:val="0"/>
          <w:sz w:val="24"/>
          <w:szCs w:val="24"/>
        </w:rPr>
        <w:t xml:space="preserve"> </w:t>
      </w:r>
      <w:r w:rsidRPr="0801B811" w:rsidR="5F89DE03">
        <w:rPr>
          <w:b w:val="0"/>
          <w:bCs w:val="0"/>
          <w:sz w:val="24"/>
          <w:szCs w:val="24"/>
        </w:rPr>
        <w:t>stat</w:t>
      </w:r>
      <w:r w:rsidRPr="0801B811" w:rsidR="4EDE2E15">
        <w:rPr>
          <w:b w:val="0"/>
          <w:bCs w:val="0"/>
          <w:sz w:val="24"/>
          <w:szCs w:val="24"/>
        </w:rPr>
        <w:t>i</w:t>
      </w:r>
      <w:r w:rsidRPr="0801B811" w:rsidR="5F89DE03">
        <w:rPr>
          <w:b w:val="0"/>
          <w:bCs w:val="0"/>
          <w:sz w:val="24"/>
          <w:szCs w:val="24"/>
        </w:rPr>
        <w:t>stik</w:t>
      </w:r>
      <w:r w:rsidRPr="0801B811" w:rsidR="5F89DE03">
        <w:rPr>
          <w:b w:val="0"/>
          <w:bCs w:val="0"/>
          <w:sz w:val="24"/>
          <w:szCs w:val="24"/>
        </w:rPr>
        <w:t>.</w:t>
      </w:r>
      <w:r w:rsidRPr="0801B811" w:rsidR="5E3D7464">
        <w:rPr>
          <w:b w:val="0"/>
          <w:bCs w:val="0"/>
          <w:sz w:val="24"/>
          <w:szCs w:val="24"/>
        </w:rPr>
        <w:t xml:space="preserve"> Camilla </w:t>
      </w:r>
      <w:r w:rsidRPr="0801B811" w:rsidR="5E3D7464">
        <w:rPr>
          <w:b w:val="0"/>
          <w:bCs w:val="0"/>
          <w:sz w:val="24"/>
          <w:szCs w:val="24"/>
        </w:rPr>
        <w:t>berättar</w:t>
      </w:r>
      <w:r w:rsidRPr="0801B811" w:rsidR="5E3D7464">
        <w:rPr>
          <w:b w:val="0"/>
          <w:bCs w:val="0"/>
          <w:sz w:val="24"/>
          <w:szCs w:val="24"/>
        </w:rPr>
        <w:t xml:space="preserve"> om </w:t>
      </w:r>
      <w:r w:rsidRPr="0801B811" w:rsidR="5E3D7464">
        <w:rPr>
          <w:b w:val="0"/>
          <w:bCs w:val="0"/>
          <w:sz w:val="24"/>
          <w:szCs w:val="24"/>
        </w:rPr>
        <w:t>pågående</w:t>
      </w:r>
      <w:r w:rsidRPr="0801B811" w:rsidR="5E3D7464">
        <w:rPr>
          <w:b w:val="0"/>
          <w:bCs w:val="0"/>
          <w:sz w:val="24"/>
          <w:szCs w:val="24"/>
        </w:rPr>
        <w:t xml:space="preserve"> </w:t>
      </w:r>
      <w:r w:rsidRPr="0801B811" w:rsidR="5E3D7464">
        <w:rPr>
          <w:b w:val="0"/>
          <w:bCs w:val="0"/>
          <w:sz w:val="24"/>
          <w:szCs w:val="24"/>
        </w:rPr>
        <w:t>omorganisation</w:t>
      </w:r>
      <w:r w:rsidRPr="0801B811" w:rsidR="5E3D7464">
        <w:rPr>
          <w:b w:val="0"/>
          <w:bCs w:val="0"/>
          <w:sz w:val="24"/>
          <w:szCs w:val="24"/>
        </w:rPr>
        <w:t xml:space="preserve"> </w:t>
      </w:r>
      <w:r w:rsidRPr="0801B811" w:rsidR="5E3D7464">
        <w:rPr>
          <w:b w:val="0"/>
          <w:bCs w:val="0"/>
          <w:sz w:val="24"/>
          <w:szCs w:val="24"/>
        </w:rPr>
        <w:t>i</w:t>
      </w:r>
      <w:r w:rsidRPr="0801B811" w:rsidR="5E3D7464">
        <w:rPr>
          <w:b w:val="0"/>
          <w:bCs w:val="0"/>
          <w:sz w:val="24"/>
          <w:szCs w:val="24"/>
        </w:rPr>
        <w:t xml:space="preserve"> VG </w:t>
      </w:r>
      <w:r w:rsidRPr="0801B811" w:rsidR="5E3D7464">
        <w:rPr>
          <w:b w:val="0"/>
          <w:bCs w:val="0"/>
          <w:sz w:val="24"/>
          <w:szCs w:val="24"/>
        </w:rPr>
        <w:t>då</w:t>
      </w:r>
      <w:r w:rsidRPr="0801B811" w:rsidR="5E3D7464">
        <w:rPr>
          <w:b w:val="0"/>
          <w:bCs w:val="0"/>
          <w:sz w:val="24"/>
          <w:szCs w:val="24"/>
        </w:rPr>
        <w:t xml:space="preserve"> </w:t>
      </w:r>
      <w:r w:rsidRPr="0801B811" w:rsidR="5E3D7464">
        <w:rPr>
          <w:b w:val="0"/>
          <w:bCs w:val="0"/>
          <w:sz w:val="24"/>
          <w:szCs w:val="24"/>
        </w:rPr>
        <w:t>två</w:t>
      </w:r>
      <w:r w:rsidRPr="0801B811" w:rsidR="5E3D7464">
        <w:rPr>
          <w:b w:val="0"/>
          <w:bCs w:val="0"/>
          <w:sz w:val="24"/>
          <w:szCs w:val="24"/>
        </w:rPr>
        <w:t xml:space="preserve"> st </w:t>
      </w:r>
      <w:r w:rsidRPr="0801B811" w:rsidR="5E3D7464">
        <w:rPr>
          <w:b w:val="0"/>
          <w:bCs w:val="0"/>
          <w:sz w:val="24"/>
          <w:szCs w:val="24"/>
        </w:rPr>
        <w:t>chefer</w:t>
      </w:r>
      <w:r w:rsidRPr="0801B811" w:rsidR="5E3D7464">
        <w:rPr>
          <w:b w:val="0"/>
          <w:bCs w:val="0"/>
          <w:sz w:val="24"/>
          <w:szCs w:val="24"/>
        </w:rPr>
        <w:t xml:space="preserve"> </w:t>
      </w:r>
      <w:r w:rsidRPr="0801B811" w:rsidR="5E3D7464">
        <w:rPr>
          <w:b w:val="0"/>
          <w:bCs w:val="0"/>
          <w:sz w:val="24"/>
          <w:szCs w:val="24"/>
        </w:rPr>
        <w:t>har</w:t>
      </w:r>
      <w:r w:rsidRPr="0801B811" w:rsidR="5E3D7464">
        <w:rPr>
          <w:b w:val="0"/>
          <w:bCs w:val="0"/>
          <w:sz w:val="24"/>
          <w:szCs w:val="24"/>
        </w:rPr>
        <w:t xml:space="preserve"> </w:t>
      </w:r>
      <w:r w:rsidRPr="0801B811" w:rsidR="5E3D7464">
        <w:rPr>
          <w:b w:val="0"/>
          <w:bCs w:val="0"/>
          <w:sz w:val="24"/>
          <w:szCs w:val="24"/>
        </w:rPr>
        <w:t>slutat</w:t>
      </w:r>
      <w:r w:rsidRPr="0801B811" w:rsidR="5E3D7464">
        <w:rPr>
          <w:b w:val="0"/>
          <w:bCs w:val="0"/>
          <w:sz w:val="24"/>
          <w:szCs w:val="24"/>
        </w:rPr>
        <w:t>.</w:t>
      </w:r>
    </w:p>
    <w:p w:rsidR="5237632D" w:rsidP="05413FEA" w:rsidRDefault="5237632D" w14:paraId="6C1894F7" w14:textId="01386A99">
      <w:pPr>
        <w:jc w:val="left"/>
        <w:rPr>
          <w:b w:val="0"/>
          <w:bCs w:val="0"/>
          <w:sz w:val="24"/>
          <w:szCs w:val="24"/>
        </w:rPr>
      </w:pPr>
      <w:r w:rsidRPr="0801B811" w:rsidR="5237632D">
        <w:rPr>
          <w:b w:val="0"/>
          <w:bCs w:val="0"/>
          <w:sz w:val="24"/>
          <w:szCs w:val="24"/>
        </w:rPr>
        <w:t>§1</w:t>
      </w:r>
      <w:r w:rsidRPr="0801B811" w:rsidR="78B807F0">
        <w:rPr>
          <w:b w:val="0"/>
          <w:bCs w:val="0"/>
          <w:sz w:val="24"/>
          <w:szCs w:val="24"/>
        </w:rPr>
        <w:t>8</w:t>
      </w:r>
      <w:r>
        <w:tab/>
      </w:r>
      <w:r w:rsidRPr="0801B811" w:rsidR="5237632D">
        <w:rPr>
          <w:b w:val="0"/>
          <w:bCs w:val="0"/>
          <w:sz w:val="24"/>
          <w:szCs w:val="24"/>
        </w:rPr>
        <w:t>Nästa</w:t>
      </w:r>
      <w:r w:rsidRPr="0801B811" w:rsidR="5237632D">
        <w:rPr>
          <w:b w:val="0"/>
          <w:bCs w:val="0"/>
          <w:sz w:val="24"/>
          <w:szCs w:val="24"/>
        </w:rPr>
        <w:t xml:space="preserve"> </w:t>
      </w:r>
      <w:r w:rsidRPr="0801B811" w:rsidR="5237632D">
        <w:rPr>
          <w:b w:val="0"/>
          <w:bCs w:val="0"/>
          <w:sz w:val="24"/>
          <w:szCs w:val="24"/>
        </w:rPr>
        <w:t>möte</w:t>
      </w:r>
      <w:r w:rsidRPr="0801B811" w:rsidR="5237632D">
        <w:rPr>
          <w:b w:val="0"/>
          <w:bCs w:val="0"/>
          <w:sz w:val="24"/>
          <w:szCs w:val="24"/>
        </w:rPr>
        <w:t xml:space="preserve"> </w:t>
      </w:r>
      <w:r w:rsidRPr="0801B811" w:rsidR="1CCB0B75">
        <w:rPr>
          <w:b w:val="0"/>
          <w:bCs w:val="0"/>
          <w:sz w:val="24"/>
          <w:szCs w:val="24"/>
        </w:rPr>
        <w:t xml:space="preserve"> </w:t>
      </w:r>
      <w:r w:rsidRPr="0801B811" w:rsidR="1CCB0B75">
        <w:rPr>
          <w:b w:val="0"/>
          <w:bCs w:val="0"/>
          <w:sz w:val="24"/>
          <w:szCs w:val="24"/>
        </w:rPr>
        <w:t>hålls</w:t>
      </w:r>
      <w:r w:rsidRPr="0801B811" w:rsidR="1CCB0B75">
        <w:rPr>
          <w:b w:val="0"/>
          <w:bCs w:val="0"/>
          <w:sz w:val="24"/>
          <w:szCs w:val="24"/>
        </w:rPr>
        <w:t xml:space="preserve"> </w:t>
      </w:r>
      <w:r w:rsidRPr="0801B811" w:rsidR="1CCB0B75">
        <w:rPr>
          <w:b w:val="0"/>
          <w:bCs w:val="0"/>
          <w:sz w:val="24"/>
          <w:szCs w:val="24"/>
        </w:rPr>
        <w:t>i</w:t>
      </w:r>
      <w:r w:rsidRPr="0801B811" w:rsidR="1CCB0B75">
        <w:rPr>
          <w:b w:val="0"/>
          <w:bCs w:val="0"/>
          <w:sz w:val="24"/>
          <w:szCs w:val="24"/>
        </w:rPr>
        <w:t xml:space="preserve"> Malmö </w:t>
      </w:r>
      <w:r w:rsidRPr="0801B811" w:rsidR="5237632D">
        <w:rPr>
          <w:b w:val="0"/>
          <w:bCs w:val="0"/>
          <w:sz w:val="24"/>
          <w:szCs w:val="24"/>
        </w:rPr>
        <w:t>17/11-18/11</w:t>
      </w:r>
      <w:r w:rsidRPr="0801B811" w:rsidR="1384ADC0">
        <w:rPr>
          <w:b w:val="0"/>
          <w:bCs w:val="0"/>
          <w:sz w:val="24"/>
          <w:szCs w:val="24"/>
        </w:rPr>
        <w:t xml:space="preserve"> </w:t>
      </w:r>
      <w:r w:rsidRPr="0801B811" w:rsidR="1384ADC0">
        <w:rPr>
          <w:b w:val="0"/>
          <w:bCs w:val="0"/>
          <w:sz w:val="24"/>
          <w:szCs w:val="24"/>
        </w:rPr>
        <w:t>presenter</w:t>
      </w:r>
      <w:r w:rsidRPr="0801B811" w:rsidR="4BE16D74">
        <w:rPr>
          <w:b w:val="0"/>
          <w:bCs w:val="0"/>
          <w:sz w:val="24"/>
          <w:szCs w:val="24"/>
        </w:rPr>
        <w:t>med</w:t>
      </w:r>
      <w:r w:rsidRPr="0801B811" w:rsidR="4BE16D74">
        <w:rPr>
          <w:b w:val="0"/>
          <w:bCs w:val="0"/>
          <w:sz w:val="24"/>
          <w:szCs w:val="24"/>
        </w:rPr>
        <w:t xml:space="preserve"> start</w:t>
      </w:r>
      <w:r w:rsidRPr="0801B811" w:rsidR="14EB7246">
        <w:rPr>
          <w:b w:val="0"/>
          <w:bCs w:val="0"/>
          <w:sz w:val="24"/>
          <w:szCs w:val="24"/>
        </w:rPr>
        <w:t xml:space="preserve"> </w:t>
      </w:r>
      <w:r w:rsidRPr="0801B811" w:rsidR="14EB7246">
        <w:rPr>
          <w:b w:val="0"/>
          <w:bCs w:val="0"/>
          <w:sz w:val="24"/>
          <w:szCs w:val="24"/>
        </w:rPr>
        <w:t>Malmös</w:t>
      </w:r>
      <w:r w:rsidRPr="0801B811" w:rsidR="14EB7246">
        <w:rPr>
          <w:b w:val="0"/>
          <w:bCs w:val="0"/>
          <w:sz w:val="24"/>
          <w:szCs w:val="24"/>
        </w:rPr>
        <w:t xml:space="preserve"> UM start</w:t>
      </w:r>
      <w:r w:rsidRPr="0801B811" w:rsidR="3EBCC7F5">
        <w:rPr>
          <w:b w:val="0"/>
          <w:bCs w:val="0"/>
          <w:sz w:val="24"/>
          <w:szCs w:val="24"/>
        </w:rPr>
        <w:t xml:space="preserve"> kl 13.00</w:t>
      </w:r>
      <w:r w:rsidRPr="0801B811" w:rsidR="14FE91EE">
        <w:rPr>
          <w:b w:val="0"/>
          <w:bCs w:val="0"/>
          <w:sz w:val="24"/>
          <w:szCs w:val="24"/>
        </w:rPr>
        <w:t xml:space="preserve"> med </w:t>
      </w:r>
      <w:r w:rsidRPr="0801B811" w:rsidR="14FE91EE">
        <w:rPr>
          <w:b w:val="0"/>
          <w:bCs w:val="0"/>
          <w:sz w:val="24"/>
          <w:szCs w:val="24"/>
        </w:rPr>
        <w:t>avslut</w:t>
      </w:r>
      <w:r w:rsidRPr="0801B811" w:rsidR="14FE91EE">
        <w:rPr>
          <w:b w:val="0"/>
          <w:bCs w:val="0"/>
          <w:sz w:val="24"/>
          <w:szCs w:val="24"/>
        </w:rPr>
        <w:t xml:space="preserve"> </w:t>
      </w:r>
      <w:r w:rsidRPr="0801B811" w:rsidR="71D31906">
        <w:rPr>
          <w:b w:val="0"/>
          <w:bCs w:val="0"/>
          <w:sz w:val="24"/>
          <w:szCs w:val="24"/>
        </w:rPr>
        <w:t xml:space="preserve"> </w:t>
      </w:r>
      <w:r w:rsidRPr="0801B811" w:rsidR="334928BC">
        <w:rPr>
          <w:b w:val="0"/>
          <w:bCs w:val="0"/>
          <w:sz w:val="24"/>
          <w:szCs w:val="24"/>
        </w:rPr>
        <w:t xml:space="preserve"> 18/11 kl 12 </w:t>
      </w:r>
      <w:r w:rsidRPr="0801B811" w:rsidR="71D31906">
        <w:rPr>
          <w:b w:val="0"/>
          <w:bCs w:val="0"/>
          <w:sz w:val="24"/>
          <w:szCs w:val="24"/>
        </w:rPr>
        <w:t>kl 12.00</w:t>
      </w:r>
      <w:r w:rsidRPr="0801B811" w:rsidR="75C4A730">
        <w:rPr>
          <w:b w:val="0"/>
          <w:bCs w:val="0"/>
          <w:sz w:val="24"/>
          <w:szCs w:val="24"/>
        </w:rPr>
        <w:t xml:space="preserve">, </w:t>
      </w:r>
      <w:r w:rsidRPr="0801B811" w:rsidR="75C4A730">
        <w:rPr>
          <w:b w:val="0"/>
          <w:bCs w:val="0"/>
          <w:sz w:val="24"/>
          <w:szCs w:val="24"/>
        </w:rPr>
        <w:t>avtackning</w:t>
      </w:r>
      <w:r w:rsidRPr="0801B811" w:rsidR="75C4A730">
        <w:rPr>
          <w:b w:val="0"/>
          <w:bCs w:val="0"/>
          <w:sz w:val="24"/>
          <w:szCs w:val="24"/>
        </w:rPr>
        <w:t xml:space="preserve"> Lilo </w:t>
      </w:r>
      <w:r w:rsidRPr="0801B811" w:rsidR="75C4A730">
        <w:rPr>
          <w:b w:val="0"/>
          <w:bCs w:val="0"/>
          <w:sz w:val="24"/>
          <w:szCs w:val="24"/>
        </w:rPr>
        <w:t>samt</w:t>
      </w:r>
      <w:r w:rsidRPr="0801B811" w:rsidR="75C4A730">
        <w:rPr>
          <w:b w:val="0"/>
          <w:bCs w:val="0"/>
          <w:sz w:val="24"/>
          <w:szCs w:val="24"/>
        </w:rPr>
        <w:t xml:space="preserve"> Maja </w:t>
      </w:r>
      <w:r w:rsidRPr="0801B811" w:rsidR="75C4A730">
        <w:rPr>
          <w:b w:val="0"/>
          <w:bCs w:val="0"/>
          <w:sz w:val="24"/>
          <w:szCs w:val="24"/>
        </w:rPr>
        <w:t>sker</w:t>
      </w:r>
      <w:r w:rsidRPr="0801B811" w:rsidR="75C4A730">
        <w:rPr>
          <w:b w:val="0"/>
          <w:bCs w:val="0"/>
          <w:sz w:val="24"/>
          <w:szCs w:val="24"/>
        </w:rPr>
        <w:t xml:space="preserve"> </w:t>
      </w:r>
      <w:r w:rsidRPr="0801B811" w:rsidR="75C4A730">
        <w:rPr>
          <w:b w:val="0"/>
          <w:bCs w:val="0"/>
          <w:sz w:val="24"/>
          <w:szCs w:val="24"/>
        </w:rPr>
        <w:t>i</w:t>
      </w:r>
      <w:r w:rsidRPr="0801B811" w:rsidR="75C4A730">
        <w:rPr>
          <w:b w:val="0"/>
          <w:bCs w:val="0"/>
          <w:sz w:val="24"/>
          <w:szCs w:val="24"/>
        </w:rPr>
        <w:t xml:space="preserve"> </w:t>
      </w:r>
      <w:r w:rsidRPr="0801B811" w:rsidR="75C4A730">
        <w:rPr>
          <w:b w:val="0"/>
          <w:bCs w:val="0"/>
          <w:sz w:val="24"/>
          <w:szCs w:val="24"/>
        </w:rPr>
        <w:t>samband</w:t>
      </w:r>
      <w:r w:rsidRPr="0801B811" w:rsidR="75C4A730">
        <w:rPr>
          <w:b w:val="0"/>
          <w:bCs w:val="0"/>
          <w:sz w:val="24"/>
          <w:szCs w:val="24"/>
        </w:rPr>
        <w:t xml:space="preserve"> med detta.</w:t>
      </w:r>
    </w:p>
    <w:p w:rsidR="3ABB7BD5" w:rsidP="3ABB7BD5" w:rsidRDefault="3ABB7BD5" w14:paraId="06E3534D" w14:textId="314485BA">
      <w:pPr>
        <w:jc w:val="left"/>
        <w:rPr>
          <w:b w:val="0"/>
          <w:bCs w:val="0"/>
          <w:sz w:val="24"/>
          <w:szCs w:val="24"/>
        </w:rPr>
      </w:pPr>
      <w:r w:rsidRPr="0801B811" w:rsidR="75C4A730">
        <w:rPr>
          <w:b w:val="0"/>
          <w:bCs w:val="0"/>
          <w:sz w:val="24"/>
          <w:szCs w:val="24"/>
        </w:rPr>
        <w:t xml:space="preserve">Elina </w:t>
      </w:r>
      <w:r w:rsidRPr="0801B811" w:rsidR="75C4A730">
        <w:rPr>
          <w:b w:val="0"/>
          <w:bCs w:val="0"/>
          <w:sz w:val="24"/>
          <w:szCs w:val="24"/>
        </w:rPr>
        <w:t>tackar</w:t>
      </w:r>
      <w:r w:rsidRPr="0801B811" w:rsidR="75C4A730">
        <w:rPr>
          <w:b w:val="0"/>
          <w:bCs w:val="0"/>
          <w:sz w:val="24"/>
          <w:szCs w:val="24"/>
        </w:rPr>
        <w:t xml:space="preserve"> för </w:t>
      </w:r>
      <w:r w:rsidRPr="0801B811" w:rsidR="6E1342D2">
        <w:rPr>
          <w:b w:val="0"/>
          <w:bCs w:val="0"/>
          <w:sz w:val="24"/>
          <w:szCs w:val="24"/>
        </w:rPr>
        <w:t>idag.</w:t>
      </w:r>
    </w:p>
    <w:p w:rsidR="0801B811" w:rsidP="0801B811" w:rsidRDefault="0801B811" w14:paraId="040285FC" w14:textId="340879D6">
      <w:pPr>
        <w:jc w:val="left"/>
        <w:rPr>
          <w:b w:val="0"/>
          <w:bCs w:val="0"/>
          <w:sz w:val="24"/>
          <w:szCs w:val="24"/>
        </w:rPr>
      </w:pPr>
    </w:p>
    <w:p w:rsidR="75C4A730" w:rsidP="0801B811" w:rsidRDefault="75C4A730" w14:paraId="62F61DB3" w14:textId="4D8F3027">
      <w:pPr>
        <w:jc w:val="left"/>
      </w:pPr>
      <w:r w:rsidRPr="0801B811" w:rsidR="75C4A730">
        <w:rPr>
          <w:b w:val="0"/>
          <w:bCs w:val="0"/>
          <w:sz w:val="24"/>
          <w:szCs w:val="24"/>
        </w:rPr>
        <w:t>Aysegûl</w:t>
      </w:r>
      <w:r w:rsidRPr="0801B811" w:rsidR="75C4A730">
        <w:rPr>
          <w:b w:val="0"/>
          <w:bCs w:val="0"/>
          <w:sz w:val="24"/>
          <w:szCs w:val="24"/>
        </w:rPr>
        <w:t xml:space="preserve"> Aksoy</w:t>
      </w:r>
    </w:p>
    <w:p w:rsidR="75C4A730" w:rsidP="0801B811" w:rsidRDefault="75C4A730" w14:paraId="22ECBD97" w14:textId="33DF6104">
      <w:pPr>
        <w:jc w:val="left"/>
      </w:pPr>
      <w:r w:rsidRPr="0801B811" w:rsidR="75C4A730">
        <w:rPr>
          <w:b w:val="0"/>
          <w:bCs w:val="0"/>
          <w:sz w:val="24"/>
          <w:szCs w:val="24"/>
        </w:rPr>
        <w:t>Justerare</w:t>
      </w:r>
    </w:p>
    <w:p w:rsidR="0801B811" w:rsidP="0801B811" w:rsidRDefault="0801B811" w14:paraId="1B8F1400" w14:textId="37165089">
      <w:pPr>
        <w:jc w:val="left"/>
        <w:rPr>
          <w:b w:val="0"/>
          <w:bCs w:val="0"/>
          <w:sz w:val="24"/>
          <w:szCs w:val="24"/>
        </w:rPr>
      </w:pPr>
    </w:p>
    <w:p w:rsidR="75C4A730" w:rsidP="0801B811" w:rsidRDefault="75C4A730" w14:paraId="5142F3C8" w14:textId="65BAFD45">
      <w:pPr>
        <w:jc w:val="left"/>
      </w:pPr>
      <w:r w:rsidRPr="0801B811" w:rsidR="75C4A730">
        <w:rPr>
          <w:b w:val="0"/>
          <w:bCs w:val="0"/>
          <w:sz w:val="24"/>
          <w:szCs w:val="24"/>
        </w:rPr>
        <w:t>Ann Åkerman</w:t>
      </w:r>
    </w:p>
    <w:p w:rsidR="75C4A730" w:rsidP="0801B811" w:rsidRDefault="75C4A730" w14:paraId="2F2E5285" w14:textId="07F10FEC">
      <w:pPr>
        <w:jc w:val="left"/>
      </w:pPr>
      <w:r w:rsidRPr="0801B811" w:rsidR="75C4A730">
        <w:rPr>
          <w:b w:val="0"/>
          <w:bCs w:val="0"/>
          <w:sz w:val="24"/>
          <w:szCs w:val="24"/>
        </w:rPr>
        <w:t>Sekreterare</w:t>
      </w:r>
    </w:p>
    <w:p w:rsidR="0801B811" w:rsidP="0801B811" w:rsidRDefault="0801B811" w14:paraId="6588749C" w14:textId="1A5ABDF6">
      <w:pPr>
        <w:jc w:val="left"/>
        <w:rPr>
          <w:b w:val="0"/>
          <w:bCs w:val="0"/>
          <w:sz w:val="24"/>
          <w:szCs w:val="24"/>
        </w:rPr>
      </w:pPr>
    </w:p>
    <w:p w:rsidR="75C4A730" w:rsidP="0801B811" w:rsidRDefault="75C4A730" w14:paraId="5DF99F90" w14:textId="020D8961">
      <w:pPr>
        <w:jc w:val="left"/>
      </w:pPr>
      <w:r w:rsidRPr="0801B811" w:rsidR="75C4A730">
        <w:rPr>
          <w:b w:val="0"/>
          <w:bCs w:val="0"/>
          <w:sz w:val="24"/>
          <w:szCs w:val="24"/>
        </w:rPr>
        <w:t>Elina Sundberg</w:t>
      </w:r>
    </w:p>
    <w:p w:rsidR="75C4A730" w:rsidP="0801B811" w:rsidRDefault="75C4A730" w14:paraId="132636F4" w14:textId="0C29789A">
      <w:pPr>
        <w:jc w:val="left"/>
      </w:pPr>
      <w:r w:rsidRPr="0801B811" w:rsidR="75C4A730">
        <w:rPr>
          <w:b w:val="0"/>
          <w:bCs w:val="0"/>
          <w:sz w:val="24"/>
          <w:szCs w:val="24"/>
        </w:rPr>
        <w:t>Ordförande</w:t>
      </w:r>
    </w:p>
    <w:p w:rsidR="00E40869" w:rsidRDefault="00E40869" w14:paraId="53119231" w14:textId="77777777"/>
    <w:p w:rsidR="00E40869" w:rsidRDefault="00E40869" w14:paraId="642234AB" w14:textId="77777777"/>
    <w:p w:rsidR="00E40869" w:rsidRDefault="00E40869" w14:paraId="0F4B8048" w14:textId="77777777"/>
    <w:p w:rsidR="00E40869" w:rsidP="6559526E" w:rsidRDefault="00E40869" w14:paraId="152B4D89" w14:textId="1A19F64D">
      <w:pPr>
        <w:pStyle w:val="Normal"/>
      </w:pPr>
    </w:p>
    <w:sectPr w:rsidR="00E40869" w:rsidSect="00034616">
      <w:headerReference w:type="default" r:id="rId8"/>
      <w:footerReference w:type="default" r:id="rId9"/>
      <w:pgSz w:w="12240" w:h="15840" w:orient="portrait"/>
      <w:pgMar w:top="1587" w:right="1247" w:bottom="124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049A" w:rsidRDefault="0054049A" w14:paraId="1CFACE25" w14:textId="77777777">
      <w:pPr>
        <w:spacing w:after="0" w:line="240" w:lineRule="auto"/>
      </w:pPr>
      <w:r>
        <w:separator/>
      </w:r>
    </w:p>
  </w:endnote>
  <w:endnote w:type="continuationSeparator" w:id="0">
    <w:p w:rsidR="0054049A" w:rsidRDefault="0054049A" w14:paraId="430EECA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869" w:rsidRDefault="00000000" w14:paraId="1D18AA70" w14:textId="77777777">
    <w:pPr>
      <w:pStyle w:val="Sidfot"/>
      <w:jc w:val="right"/>
    </w:pPr>
    <w:r w:rsidRPr="6559526E" w:rsidR="6559526E">
      <w:rPr>
        <w:color w:val="6E6E6E"/>
        <w:sz w:val="16"/>
        <w:szCs w:val="16"/>
      </w:rPr>
      <w:t xml:space="preserve">FSUM – </w:t>
    </w:r>
    <w:r w:rsidRPr="6559526E" w:rsidR="6559526E">
      <w:rPr>
        <w:color w:val="6E6E6E"/>
        <w:sz w:val="16"/>
        <w:szCs w:val="16"/>
      </w:rPr>
      <w:t>Föreningen</w:t>
    </w:r>
    <w:r w:rsidRPr="6559526E" w:rsidR="6559526E">
      <w:rPr>
        <w:color w:val="6E6E6E"/>
        <w:sz w:val="16"/>
        <w:szCs w:val="16"/>
      </w:rPr>
      <w:t xml:space="preserve"> för </w:t>
    </w:r>
    <w:r w:rsidRPr="6559526E" w:rsidR="6559526E">
      <w:rPr>
        <w:color w:val="6E6E6E"/>
        <w:sz w:val="16"/>
        <w:szCs w:val="16"/>
      </w:rPr>
      <w:t>Sveriges</w:t>
    </w:r>
    <w:r w:rsidRPr="6559526E" w:rsidR="6559526E">
      <w:rPr>
        <w:color w:val="6E6E6E"/>
        <w:sz w:val="16"/>
        <w:szCs w:val="16"/>
      </w:rPr>
      <w:t xml:space="preserve"> </w:t>
    </w:r>
    <w:r w:rsidRPr="6559526E" w:rsidR="6559526E">
      <w:rPr>
        <w:color w:val="6E6E6E"/>
        <w:sz w:val="16"/>
        <w:szCs w:val="16"/>
      </w:rPr>
      <w:t>ungdomsmottagningar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049A" w:rsidRDefault="0054049A" w14:paraId="27E35D71" w14:textId="77777777">
      <w:pPr>
        <w:spacing w:after="0" w:line="240" w:lineRule="auto"/>
      </w:pPr>
      <w:r>
        <w:separator/>
      </w:r>
    </w:p>
  </w:footnote>
  <w:footnote w:type="continuationSeparator" w:id="0">
    <w:p w:rsidR="0054049A" w:rsidRDefault="0054049A" w14:paraId="6F98D81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E40869" w:rsidP="6559526E" w:rsidRDefault="00000000" w14:paraId="36F78828" w14:textId="77777777">
    <w:pPr>
      <w:pStyle w:val="Sidhuvud"/>
      <w:pBdr>
        <w:bottom w:val="single" w:color="D71920" w:sz="12" w:space="7"/>
      </w:pBdr>
    </w:pPr>
    <w:r w:rsidR="6559526E">
      <w:drawing>
        <wp:inline wp14:editId="01C34D92" wp14:anchorId="4E667AF5">
          <wp:extent cx="774000" cy="565357"/>
          <wp:effectExtent l="0" t="0" r="0" b="0"/>
          <wp:docPr id="1" name="Pictur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fsum_logo_clean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4000" cy="565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cECkNxFl0PjLew" int2:id="z8soeyHh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33505690">
    <w:abstractNumId w:val="8"/>
  </w:num>
  <w:num w:numId="2" w16cid:durableId="1762675231">
    <w:abstractNumId w:val="6"/>
  </w:num>
  <w:num w:numId="3" w16cid:durableId="1122335455">
    <w:abstractNumId w:val="5"/>
  </w:num>
  <w:num w:numId="4" w16cid:durableId="628556396">
    <w:abstractNumId w:val="4"/>
  </w:num>
  <w:num w:numId="5" w16cid:durableId="1696274022">
    <w:abstractNumId w:val="7"/>
  </w:num>
  <w:num w:numId="6" w16cid:durableId="1251810524">
    <w:abstractNumId w:val="3"/>
  </w:num>
  <w:num w:numId="7" w16cid:durableId="1563910727">
    <w:abstractNumId w:val="2"/>
  </w:num>
  <w:num w:numId="8" w16cid:durableId="49157568">
    <w:abstractNumId w:val="1"/>
  </w:num>
  <w:num w:numId="9" w16cid:durableId="200828678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3A6"/>
    <w:rsid w:val="000EA1A9"/>
    <w:rsid w:val="0015074B"/>
    <w:rsid w:val="0029639D"/>
    <w:rsid w:val="002F3F3A"/>
    <w:rsid w:val="00326F90"/>
    <w:rsid w:val="004F72E2"/>
    <w:rsid w:val="0054049A"/>
    <w:rsid w:val="00666C7D"/>
    <w:rsid w:val="00AA1D8D"/>
    <w:rsid w:val="00B47730"/>
    <w:rsid w:val="00CB0664"/>
    <w:rsid w:val="00E40869"/>
    <w:rsid w:val="00FC693F"/>
    <w:rsid w:val="01024636"/>
    <w:rsid w:val="01244B17"/>
    <w:rsid w:val="01727273"/>
    <w:rsid w:val="022C03A9"/>
    <w:rsid w:val="025DCD2A"/>
    <w:rsid w:val="02A7C928"/>
    <w:rsid w:val="02B7E787"/>
    <w:rsid w:val="038E1042"/>
    <w:rsid w:val="03AF4E10"/>
    <w:rsid w:val="03F6B30A"/>
    <w:rsid w:val="041ED46A"/>
    <w:rsid w:val="04935774"/>
    <w:rsid w:val="049A5997"/>
    <w:rsid w:val="04C45424"/>
    <w:rsid w:val="04CC6CBE"/>
    <w:rsid w:val="053FE5AD"/>
    <w:rsid w:val="05409CDA"/>
    <w:rsid w:val="05413FEA"/>
    <w:rsid w:val="05541EB4"/>
    <w:rsid w:val="0599ABD7"/>
    <w:rsid w:val="059F3AA7"/>
    <w:rsid w:val="05BA5F20"/>
    <w:rsid w:val="05DE34FD"/>
    <w:rsid w:val="05FD4D1B"/>
    <w:rsid w:val="06AB03B6"/>
    <w:rsid w:val="06BC3AA4"/>
    <w:rsid w:val="06E4E6FD"/>
    <w:rsid w:val="076936F7"/>
    <w:rsid w:val="0796C605"/>
    <w:rsid w:val="07AE8513"/>
    <w:rsid w:val="07ECF58A"/>
    <w:rsid w:val="07F672B2"/>
    <w:rsid w:val="0801B811"/>
    <w:rsid w:val="08895C82"/>
    <w:rsid w:val="08CF6A12"/>
    <w:rsid w:val="090BCFD0"/>
    <w:rsid w:val="093827BF"/>
    <w:rsid w:val="09DF99E8"/>
    <w:rsid w:val="0A2AFC6E"/>
    <w:rsid w:val="0A7DFE0D"/>
    <w:rsid w:val="0AC660E0"/>
    <w:rsid w:val="0AEE7DAD"/>
    <w:rsid w:val="0B6D89E6"/>
    <w:rsid w:val="0B76868A"/>
    <w:rsid w:val="0BCA6FD2"/>
    <w:rsid w:val="0BE535B1"/>
    <w:rsid w:val="0C1979D2"/>
    <w:rsid w:val="0C1B0D74"/>
    <w:rsid w:val="0C1B7720"/>
    <w:rsid w:val="0C4B0627"/>
    <w:rsid w:val="0CA96F96"/>
    <w:rsid w:val="0CD9C07E"/>
    <w:rsid w:val="0D043EC8"/>
    <w:rsid w:val="0D3E591C"/>
    <w:rsid w:val="0D6F075E"/>
    <w:rsid w:val="0E6FAA17"/>
    <w:rsid w:val="0E811DC5"/>
    <w:rsid w:val="0E94F1BC"/>
    <w:rsid w:val="0E9FAA85"/>
    <w:rsid w:val="0FB4E90D"/>
    <w:rsid w:val="0FC98A8A"/>
    <w:rsid w:val="0FD6CC0E"/>
    <w:rsid w:val="0FE1C01F"/>
    <w:rsid w:val="10408BCD"/>
    <w:rsid w:val="1044D862"/>
    <w:rsid w:val="10A66B9E"/>
    <w:rsid w:val="10AF9672"/>
    <w:rsid w:val="112ABD73"/>
    <w:rsid w:val="114D6B26"/>
    <w:rsid w:val="11601386"/>
    <w:rsid w:val="117E0CDD"/>
    <w:rsid w:val="119AB367"/>
    <w:rsid w:val="11BF56EC"/>
    <w:rsid w:val="11C4A48F"/>
    <w:rsid w:val="122028D5"/>
    <w:rsid w:val="12AA2ABF"/>
    <w:rsid w:val="12ED4909"/>
    <w:rsid w:val="131658E4"/>
    <w:rsid w:val="1380E02C"/>
    <w:rsid w:val="1384ADC0"/>
    <w:rsid w:val="14343947"/>
    <w:rsid w:val="1443F23E"/>
    <w:rsid w:val="145104AF"/>
    <w:rsid w:val="1491F104"/>
    <w:rsid w:val="14929BC1"/>
    <w:rsid w:val="14ADC868"/>
    <w:rsid w:val="14C60C1E"/>
    <w:rsid w:val="14DC616E"/>
    <w:rsid w:val="14EB7246"/>
    <w:rsid w:val="14FE91EE"/>
    <w:rsid w:val="150AA95C"/>
    <w:rsid w:val="153D5DC1"/>
    <w:rsid w:val="155F1505"/>
    <w:rsid w:val="1565C81A"/>
    <w:rsid w:val="156C13D5"/>
    <w:rsid w:val="15B411B0"/>
    <w:rsid w:val="15D27010"/>
    <w:rsid w:val="1624D2B2"/>
    <w:rsid w:val="1666324A"/>
    <w:rsid w:val="16727C71"/>
    <w:rsid w:val="16DED149"/>
    <w:rsid w:val="16ED2555"/>
    <w:rsid w:val="1709ED46"/>
    <w:rsid w:val="17358F9C"/>
    <w:rsid w:val="17606A32"/>
    <w:rsid w:val="17ED5A4B"/>
    <w:rsid w:val="182B5253"/>
    <w:rsid w:val="1887F652"/>
    <w:rsid w:val="18CC1974"/>
    <w:rsid w:val="18D2D4FF"/>
    <w:rsid w:val="19061425"/>
    <w:rsid w:val="194EDAE8"/>
    <w:rsid w:val="1969EAD7"/>
    <w:rsid w:val="198B909D"/>
    <w:rsid w:val="19ACCDF8"/>
    <w:rsid w:val="19DE9B07"/>
    <w:rsid w:val="19FB7A2D"/>
    <w:rsid w:val="1A71AA6C"/>
    <w:rsid w:val="1A8017FC"/>
    <w:rsid w:val="1AB09E8C"/>
    <w:rsid w:val="1ACFD5E4"/>
    <w:rsid w:val="1B922134"/>
    <w:rsid w:val="1BF6D2AC"/>
    <w:rsid w:val="1C074AAD"/>
    <w:rsid w:val="1C28ACCD"/>
    <w:rsid w:val="1CA1449A"/>
    <w:rsid w:val="1CCB0B75"/>
    <w:rsid w:val="1CF769F6"/>
    <w:rsid w:val="1D39BA5D"/>
    <w:rsid w:val="1D402C9E"/>
    <w:rsid w:val="1D417DA1"/>
    <w:rsid w:val="1D4E7697"/>
    <w:rsid w:val="1D92A97B"/>
    <w:rsid w:val="1DCF9663"/>
    <w:rsid w:val="1E12778C"/>
    <w:rsid w:val="1E70A20C"/>
    <w:rsid w:val="1E774662"/>
    <w:rsid w:val="1EB7EB07"/>
    <w:rsid w:val="1F181A1A"/>
    <w:rsid w:val="1FD6D35B"/>
    <w:rsid w:val="20707201"/>
    <w:rsid w:val="20C4A463"/>
    <w:rsid w:val="211415B7"/>
    <w:rsid w:val="2140DC3D"/>
    <w:rsid w:val="214FAA9C"/>
    <w:rsid w:val="215DCAB7"/>
    <w:rsid w:val="217E8D3F"/>
    <w:rsid w:val="21A72F62"/>
    <w:rsid w:val="21CAC62C"/>
    <w:rsid w:val="227097CC"/>
    <w:rsid w:val="22A86B33"/>
    <w:rsid w:val="2301FD1D"/>
    <w:rsid w:val="237AFDAF"/>
    <w:rsid w:val="2390752B"/>
    <w:rsid w:val="23B30B4E"/>
    <w:rsid w:val="2438ED9E"/>
    <w:rsid w:val="244CA054"/>
    <w:rsid w:val="244FE580"/>
    <w:rsid w:val="2464D745"/>
    <w:rsid w:val="246ED9C2"/>
    <w:rsid w:val="247715DE"/>
    <w:rsid w:val="24853A6E"/>
    <w:rsid w:val="256D1BAE"/>
    <w:rsid w:val="25A348A0"/>
    <w:rsid w:val="25B1319E"/>
    <w:rsid w:val="25E8A7CD"/>
    <w:rsid w:val="26298DD9"/>
    <w:rsid w:val="262AAFBC"/>
    <w:rsid w:val="26488F87"/>
    <w:rsid w:val="267E2037"/>
    <w:rsid w:val="26905B59"/>
    <w:rsid w:val="26E0EC3F"/>
    <w:rsid w:val="2700D888"/>
    <w:rsid w:val="270C7D85"/>
    <w:rsid w:val="27300C4C"/>
    <w:rsid w:val="276FA03F"/>
    <w:rsid w:val="277B42D5"/>
    <w:rsid w:val="28834776"/>
    <w:rsid w:val="288A4051"/>
    <w:rsid w:val="28900776"/>
    <w:rsid w:val="28997DC1"/>
    <w:rsid w:val="28A54571"/>
    <w:rsid w:val="28C199EA"/>
    <w:rsid w:val="28D2D691"/>
    <w:rsid w:val="28F232BC"/>
    <w:rsid w:val="2927A529"/>
    <w:rsid w:val="296CF310"/>
    <w:rsid w:val="298B3A6A"/>
    <w:rsid w:val="29A78F15"/>
    <w:rsid w:val="2A10A25A"/>
    <w:rsid w:val="2A64CD36"/>
    <w:rsid w:val="2AE14FAC"/>
    <w:rsid w:val="2B21D3C5"/>
    <w:rsid w:val="2BB7F389"/>
    <w:rsid w:val="2C05F02B"/>
    <w:rsid w:val="2C3E8B2E"/>
    <w:rsid w:val="2C7B6B00"/>
    <w:rsid w:val="2C9270C4"/>
    <w:rsid w:val="2CD8AEB2"/>
    <w:rsid w:val="2CF7684A"/>
    <w:rsid w:val="2D227385"/>
    <w:rsid w:val="2D2C93F3"/>
    <w:rsid w:val="2D324DB5"/>
    <w:rsid w:val="2D6794B9"/>
    <w:rsid w:val="2D6A1BC7"/>
    <w:rsid w:val="2E483138"/>
    <w:rsid w:val="2E683D02"/>
    <w:rsid w:val="2E6F0418"/>
    <w:rsid w:val="2E7C2DF4"/>
    <w:rsid w:val="2E8108FD"/>
    <w:rsid w:val="2EA523E1"/>
    <w:rsid w:val="2F1C91C0"/>
    <w:rsid w:val="2F39A950"/>
    <w:rsid w:val="2F82C7B2"/>
    <w:rsid w:val="2FAF0CC0"/>
    <w:rsid w:val="2FF0A844"/>
    <w:rsid w:val="3057B960"/>
    <w:rsid w:val="30F00930"/>
    <w:rsid w:val="31161016"/>
    <w:rsid w:val="3267C496"/>
    <w:rsid w:val="32AB9EF2"/>
    <w:rsid w:val="32E62EBE"/>
    <w:rsid w:val="32FEFE67"/>
    <w:rsid w:val="333E98E0"/>
    <w:rsid w:val="334928BC"/>
    <w:rsid w:val="337F1E85"/>
    <w:rsid w:val="339ADBA6"/>
    <w:rsid w:val="33CE7324"/>
    <w:rsid w:val="347BFD75"/>
    <w:rsid w:val="34F9039F"/>
    <w:rsid w:val="3569606D"/>
    <w:rsid w:val="359C363F"/>
    <w:rsid w:val="35E141FA"/>
    <w:rsid w:val="35EBEEBF"/>
    <w:rsid w:val="3656C13A"/>
    <w:rsid w:val="36C4F73B"/>
    <w:rsid w:val="37A34E6D"/>
    <w:rsid w:val="37CC0753"/>
    <w:rsid w:val="380BA4D1"/>
    <w:rsid w:val="384E7312"/>
    <w:rsid w:val="38807AF0"/>
    <w:rsid w:val="389C282B"/>
    <w:rsid w:val="389DF8D3"/>
    <w:rsid w:val="3929C886"/>
    <w:rsid w:val="3981DA7C"/>
    <w:rsid w:val="39D69F8F"/>
    <w:rsid w:val="39E7CFC7"/>
    <w:rsid w:val="3A07579F"/>
    <w:rsid w:val="3A7B6E93"/>
    <w:rsid w:val="3ABB7BD5"/>
    <w:rsid w:val="3AC580EA"/>
    <w:rsid w:val="3B69819F"/>
    <w:rsid w:val="3C046FE4"/>
    <w:rsid w:val="3C135311"/>
    <w:rsid w:val="3C338E1D"/>
    <w:rsid w:val="3C7CCAE9"/>
    <w:rsid w:val="3CBF1F0D"/>
    <w:rsid w:val="3D0CFE62"/>
    <w:rsid w:val="3D137DB1"/>
    <w:rsid w:val="3D7678A4"/>
    <w:rsid w:val="3DE75299"/>
    <w:rsid w:val="3E1668EC"/>
    <w:rsid w:val="3E419789"/>
    <w:rsid w:val="3E700426"/>
    <w:rsid w:val="3E9CCF58"/>
    <w:rsid w:val="3EBCC7F5"/>
    <w:rsid w:val="3F78ADC8"/>
    <w:rsid w:val="3FA3AF38"/>
    <w:rsid w:val="3FF628FE"/>
    <w:rsid w:val="3FFF36F6"/>
    <w:rsid w:val="4034D367"/>
    <w:rsid w:val="4061500C"/>
    <w:rsid w:val="40643EE6"/>
    <w:rsid w:val="40D95845"/>
    <w:rsid w:val="40F509F7"/>
    <w:rsid w:val="4138E986"/>
    <w:rsid w:val="4187E74F"/>
    <w:rsid w:val="4190634D"/>
    <w:rsid w:val="41E079F4"/>
    <w:rsid w:val="420D6E26"/>
    <w:rsid w:val="421D4420"/>
    <w:rsid w:val="4227C0D6"/>
    <w:rsid w:val="429C1642"/>
    <w:rsid w:val="42B88EE1"/>
    <w:rsid w:val="42D7B1A9"/>
    <w:rsid w:val="4364B13D"/>
    <w:rsid w:val="4370FCF2"/>
    <w:rsid w:val="4478D613"/>
    <w:rsid w:val="44D1FCD2"/>
    <w:rsid w:val="44E64F16"/>
    <w:rsid w:val="44EF8733"/>
    <w:rsid w:val="44F79200"/>
    <w:rsid w:val="45118D47"/>
    <w:rsid w:val="45510AFA"/>
    <w:rsid w:val="4588D376"/>
    <w:rsid w:val="45BF1C03"/>
    <w:rsid w:val="45F9857A"/>
    <w:rsid w:val="46A95767"/>
    <w:rsid w:val="46E5F819"/>
    <w:rsid w:val="478375AC"/>
    <w:rsid w:val="4854D03C"/>
    <w:rsid w:val="4874185B"/>
    <w:rsid w:val="488090D7"/>
    <w:rsid w:val="489F6765"/>
    <w:rsid w:val="48BB9672"/>
    <w:rsid w:val="48EC946F"/>
    <w:rsid w:val="490D6416"/>
    <w:rsid w:val="4911110A"/>
    <w:rsid w:val="49DF921E"/>
    <w:rsid w:val="49F5EF6D"/>
    <w:rsid w:val="4A3C1754"/>
    <w:rsid w:val="4A567B81"/>
    <w:rsid w:val="4A6926DE"/>
    <w:rsid w:val="4A8D15B2"/>
    <w:rsid w:val="4AC4B486"/>
    <w:rsid w:val="4B318DB7"/>
    <w:rsid w:val="4B379E72"/>
    <w:rsid w:val="4BA24E96"/>
    <w:rsid w:val="4BBB5D8C"/>
    <w:rsid w:val="4BDAEDD0"/>
    <w:rsid w:val="4BE16D74"/>
    <w:rsid w:val="4BECE603"/>
    <w:rsid w:val="4C14D2DC"/>
    <w:rsid w:val="4C4D2ABD"/>
    <w:rsid w:val="4C834902"/>
    <w:rsid w:val="4C8A419F"/>
    <w:rsid w:val="4D5C06EE"/>
    <w:rsid w:val="4DE441AC"/>
    <w:rsid w:val="4DE44D9F"/>
    <w:rsid w:val="4DFFD728"/>
    <w:rsid w:val="4E411C84"/>
    <w:rsid w:val="4E9CCB14"/>
    <w:rsid w:val="4EDE2E15"/>
    <w:rsid w:val="4F2D8F70"/>
    <w:rsid w:val="4F79149D"/>
    <w:rsid w:val="5039072D"/>
    <w:rsid w:val="50D4C366"/>
    <w:rsid w:val="51171B53"/>
    <w:rsid w:val="514F682D"/>
    <w:rsid w:val="516F3DAE"/>
    <w:rsid w:val="517F6837"/>
    <w:rsid w:val="51958D10"/>
    <w:rsid w:val="5237632D"/>
    <w:rsid w:val="52B827F7"/>
    <w:rsid w:val="5323561E"/>
    <w:rsid w:val="532D94F9"/>
    <w:rsid w:val="54666F94"/>
    <w:rsid w:val="5495D20D"/>
    <w:rsid w:val="54A5C33C"/>
    <w:rsid w:val="54DEF152"/>
    <w:rsid w:val="54F0F196"/>
    <w:rsid w:val="556CFEA5"/>
    <w:rsid w:val="5582EBA6"/>
    <w:rsid w:val="55861A8C"/>
    <w:rsid w:val="55B34288"/>
    <w:rsid w:val="561AB0B8"/>
    <w:rsid w:val="56488E47"/>
    <w:rsid w:val="566B4121"/>
    <w:rsid w:val="5685B43A"/>
    <w:rsid w:val="5710D772"/>
    <w:rsid w:val="5742D1BB"/>
    <w:rsid w:val="57605798"/>
    <w:rsid w:val="57D83C20"/>
    <w:rsid w:val="57DB9E52"/>
    <w:rsid w:val="582C74EB"/>
    <w:rsid w:val="585D0777"/>
    <w:rsid w:val="58D03CEA"/>
    <w:rsid w:val="598B5996"/>
    <w:rsid w:val="59AE5E8A"/>
    <w:rsid w:val="59E452D7"/>
    <w:rsid w:val="5A173703"/>
    <w:rsid w:val="5A1850CD"/>
    <w:rsid w:val="5A199731"/>
    <w:rsid w:val="5A1CC97A"/>
    <w:rsid w:val="5A98B0FE"/>
    <w:rsid w:val="5ABF9237"/>
    <w:rsid w:val="5ABFF337"/>
    <w:rsid w:val="5AD2B48B"/>
    <w:rsid w:val="5AD9426B"/>
    <w:rsid w:val="5AEA7A0F"/>
    <w:rsid w:val="5AEF51F0"/>
    <w:rsid w:val="5C6D7903"/>
    <w:rsid w:val="5C7F781F"/>
    <w:rsid w:val="5CCA9598"/>
    <w:rsid w:val="5CEF3EBB"/>
    <w:rsid w:val="5D3CC913"/>
    <w:rsid w:val="5DB16643"/>
    <w:rsid w:val="5E053564"/>
    <w:rsid w:val="5E15B6DF"/>
    <w:rsid w:val="5E31552A"/>
    <w:rsid w:val="5E3D7464"/>
    <w:rsid w:val="5E5E4F3A"/>
    <w:rsid w:val="5E7BE79F"/>
    <w:rsid w:val="5EB32D25"/>
    <w:rsid w:val="5EB984CB"/>
    <w:rsid w:val="5EFFF602"/>
    <w:rsid w:val="5F383994"/>
    <w:rsid w:val="5F489DF5"/>
    <w:rsid w:val="5F6803BD"/>
    <w:rsid w:val="5F89DE03"/>
    <w:rsid w:val="5F9534AE"/>
    <w:rsid w:val="6057BCFC"/>
    <w:rsid w:val="605F324F"/>
    <w:rsid w:val="610CCBBB"/>
    <w:rsid w:val="615A1D0B"/>
    <w:rsid w:val="615D912D"/>
    <w:rsid w:val="620C3A4F"/>
    <w:rsid w:val="623B0547"/>
    <w:rsid w:val="62C1F16F"/>
    <w:rsid w:val="63F9FFC5"/>
    <w:rsid w:val="6408FAB2"/>
    <w:rsid w:val="643AAEFB"/>
    <w:rsid w:val="646D6FF3"/>
    <w:rsid w:val="651FD953"/>
    <w:rsid w:val="652E7514"/>
    <w:rsid w:val="6545CD25"/>
    <w:rsid w:val="6559526E"/>
    <w:rsid w:val="657B78D0"/>
    <w:rsid w:val="659D7AC5"/>
    <w:rsid w:val="661D0F25"/>
    <w:rsid w:val="66E97F66"/>
    <w:rsid w:val="67961A92"/>
    <w:rsid w:val="68188919"/>
    <w:rsid w:val="68A01AD8"/>
    <w:rsid w:val="68D94B78"/>
    <w:rsid w:val="68F0DABC"/>
    <w:rsid w:val="692C3281"/>
    <w:rsid w:val="695DA600"/>
    <w:rsid w:val="6985D0CF"/>
    <w:rsid w:val="69B720DA"/>
    <w:rsid w:val="69D00B37"/>
    <w:rsid w:val="6A46D8BF"/>
    <w:rsid w:val="6A6CEC9B"/>
    <w:rsid w:val="6AA39015"/>
    <w:rsid w:val="6AB682A5"/>
    <w:rsid w:val="6BC6E4E6"/>
    <w:rsid w:val="6C45E4A5"/>
    <w:rsid w:val="6C7E003E"/>
    <w:rsid w:val="6CD709F5"/>
    <w:rsid w:val="6E1342D2"/>
    <w:rsid w:val="6E2A1D4F"/>
    <w:rsid w:val="6E46C0C6"/>
    <w:rsid w:val="6E7AB48F"/>
    <w:rsid w:val="6E93B163"/>
    <w:rsid w:val="6EAF3F18"/>
    <w:rsid w:val="6EC7EF09"/>
    <w:rsid w:val="6ED188CB"/>
    <w:rsid w:val="6EFB8155"/>
    <w:rsid w:val="6FE64995"/>
    <w:rsid w:val="7046DB50"/>
    <w:rsid w:val="708ED0BD"/>
    <w:rsid w:val="70C37EC6"/>
    <w:rsid w:val="70DD25D3"/>
    <w:rsid w:val="70E1D3BC"/>
    <w:rsid w:val="713E6B9D"/>
    <w:rsid w:val="71778500"/>
    <w:rsid w:val="7187BB55"/>
    <w:rsid w:val="71CE8C59"/>
    <w:rsid w:val="71D31906"/>
    <w:rsid w:val="71DA5587"/>
    <w:rsid w:val="729FCF9A"/>
    <w:rsid w:val="72A00B93"/>
    <w:rsid w:val="72BD81D0"/>
    <w:rsid w:val="72F519F1"/>
    <w:rsid w:val="7355074C"/>
    <w:rsid w:val="736EFA4B"/>
    <w:rsid w:val="73735EDE"/>
    <w:rsid w:val="738BCB05"/>
    <w:rsid w:val="74025D8C"/>
    <w:rsid w:val="744FF343"/>
    <w:rsid w:val="7484FF7A"/>
    <w:rsid w:val="748A4CEA"/>
    <w:rsid w:val="755D25C6"/>
    <w:rsid w:val="75830468"/>
    <w:rsid w:val="75C4A730"/>
    <w:rsid w:val="764EA04D"/>
    <w:rsid w:val="770439E6"/>
    <w:rsid w:val="772162D3"/>
    <w:rsid w:val="7749E9F5"/>
    <w:rsid w:val="774C089C"/>
    <w:rsid w:val="77B058F7"/>
    <w:rsid w:val="77E882F3"/>
    <w:rsid w:val="783F1009"/>
    <w:rsid w:val="78B807F0"/>
    <w:rsid w:val="791373A5"/>
    <w:rsid w:val="79EE262D"/>
    <w:rsid w:val="7A0A7CBA"/>
    <w:rsid w:val="7A151F70"/>
    <w:rsid w:val="7A560AD5"/>
    <w:rsid w:val="7A73CDE9"/>
    <w:rsid w:val="7A781558"/>
    <w:rsid w:val="7AD8C722"/>
    <w:rsid w:val="7B95CA44"/>
    <w:rsid w:val="7B9C2AFC"/>
    <w:rsid w:val="7BA3C4D1"/>
    <w:rsid w:val="7BA97250"/>
    <w:rsid w:val="7BCB295A"/>
    <w:rsid w:val="7BCEBC2A"/>
    <w:rsid w:val="7C797D77"/>
    <w:rsid w:val="7C82FA61"/>
    <w:rsid w:val="7C994B33"/>
    <w:rsid w:val="7CC252A0"/>
    <w:rsid w:val="7CC333E1"/>
    <w:rsid w:val="7CFC518D"/>
    <w:rsid w:val="7D30A19D"/>
    <w:rsid w:val="7D91143E"/>
    <w:rsid w:val="7DF4EAC2"/>
    <w:rsid w:val="7E1B8F77"/>
    <w:rsid w:val="7E2A92E3"/>
    <w:rsid w:val="7E643694"/>
    <w:rsid w:val="7E77EA46"/>
    <w:rsid w:val="7E7B0F26"/>
    <w:rsid w:val="7EABED26"/>
    <w:rsid w:val="7EC26906"/>
    <w:rsid w:val="7ED02060"/>
    <w:rsid w:val="7ED3C354"/>
    <w:rsid w:val="7EEDEFD6"/>
    <w:rsid w:val="7F1AD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454DA"/>
  <w14:defaultImageDpi w14:val="300"/>
  <w15:docId w15:val="{2D156B51-6355-4E6D-ADB9-FE6E79EBFD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ptos" w:hAnsi="Aptos"/>
      <w:color w:val="1E2832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styleId="Rubrik1Char" w:customStyle="1">
    <w:name w:val="Rubrik 1 Char"/>
    <w:basedOn w:val="Standardstycketeckensnitt"/>
    <w:link w:val="Rubrik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Rubrik2Char" w:customStyle="1">
    <w:name w:val="Rubrik 2 Char"/>
    <w:basedOn w:val="Standardstycketeckensnitt"/>
    <w:link w:val="Rubri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Rubrik3Char" w:customStyle="1">
    <w:name w:val="Rubrik 3 Char"/>
    <w:basedOn w:val="Standardstycketeckensnitt"/>
    <w:link w:val="Rubri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RubrikChar" w:customStyle="1">
    <w:name w:val="Rubrik Char"/>
    <w:basedOn w:val="Standardstycketeckensnitt"/>
    <w:link w:val="Rubrik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styleId="BrdtextChar" w:customStyle="1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styleId="Brdtext2Char" w:customStyle="1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rdtext3Char" w:customStyle="1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textChar" w:customStyle="1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styleId="CitatChar" w:customStyle="1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Relationship Type="http://schemas.microsoft.com/office/2020/10/relationships/intelligence" Target="intelligence2.xml" Id="Rf146babbc0cc44b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20877F8509AA4E84610C5F4A013B25" ma:contentTypeVersion="11" ma:contentTypeDescription="Skapa ett nytt dokument." ma:contentTypeScope="" ma:versionID="dc6601224a6af88b3410c0a7ecef9500">
  <xsd:schema xmlns:xsd="http://www.w3.org/2001/XMLSchema" xmlns:xs="http://www.w3.org/2001/XMLSchema" xmlns:p="http://schemas.microsoft.com/office/2006/metadata/properties" xmlns:ns2="92bb8b55-f5d5-43a2-8e5a-0c8ca26f085d" xmlns:ns3="968cbb6e-7d6d-4bc1-bc21-4785a51df316" targetNamespace="http://schemas.microsoft.com/office/2006/metadata/properties" ma:root="true" ma:fieldsID="73fab3356193ffab1fe85b70b428c720" ns2:_="" ns3:_="">
    <xsd:import namespace="92bb8b55-f5d5-43a2-8e5a-0c8ca26f085d"/>
    <xsd:import namespace="968cbb6e-7d6d-4bc1-bc21-4785a51df3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b8b55-f5d5-43a2-8e5a-0c8ca26f08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beadfba5-7bfc-46e2-a73c-3e7b51a0b0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cbb6e-7d6d-4bc1-bc21-4785a51df3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01c5e2-e3b1-4a63-a49b-45a76d8a3801}" ma:internalName="TaxCatchAll" ma:showField="CatchAllData" ma:web="968cbb6e-7d6d-4bc1-bc21-4785a51df3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cbb6e-7d6d-4bc1-bc21-4785a51df316" xsi:nil="true"/>
    <lcf76f155ced4ddcb4097134ff3c332f xmlns="92bb8b55-f5d5-43a2-8e5a-0c8ca26f08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B6A8B0-5CBB-4504-ADAD-03808DB9108A}"/>
</file>

<file path=customXml/itemProps3.xml><?xml version="1.0" encoding="utf-8"?>
<ds:datastoreItem xmlns:ds="http://schemas.openxmlformats.org/officeDocument/2006/customXml" ds:itemID="{99CFB792-03B8-4865-88C0-F08DD14B79C6}"/>
</file>

<file path=customXml/itemProps4.xml><?xml version="1.0" encoding="utf-8"?>
<ds:datastoreItem xmlns:ds="http://schemas.openxmlformats.org/officeDocument/2006/customXml" ds:itemID="{198CDA19-F763-4F49-8317-24AE13BC34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Aysegül Aksoy</lastModifiedBy>
  <revision>10</revision>
  <dcterms:created xsi:type="dcterms:W3CDTF">2026-08-24T13:29:00.0000000Z</dcterms:created>
  <dcterms:modified xsi:type="dcterms:W3CDTF">2026-10-13T12:01:46.0790812Z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0x010100CB20877F8509AA4E84610C5F4A013B25</vt:lpwstr>
  </property>
  <property fmtid="{D5CDD505-2E9C-101B-9397-08002B2CF9AE}" pid="3" name="MediaServiceImageTags">
    <vt:lpwstr/>
  </property>
</Properties>
</file>