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C37A8" w:rsidR="00E40869" w:rsidP="44916ECD" w:rsidRDefault="661D0F25" w14:paraId="02A270DB" w14:textId="5F7CC30A">
      <w:pPr>
        <w:pStyle w:val="Normal"/>
        <w:spacing w:before="400" w:after="160"/>
        <w:rPr>
          <w:lang w:val="sv-SE"/>
        </w:rPr>
      </w:pPr>
      <w:r w:rsidRPr="44916ECD" w:rsidR="32FF3A2B">
        <w:rPr>
          <w:rFonts w:ascii="Aptos Display" w:hAnsi="Aptos Display"/>
          <w:b w:val="1"/>
          <w:bCs w:val="1"/>
          <w:sz w:val="48"/>
          <w:szCs w:val="48"/>
          <w:lang w:val="sv-SE"/>
        </w:rPr>
        <w:t>Protokoll</w:t>
      </w:r>
      <w:r w:rsidRPr="44916ECD" w:rsidR="661D0F25">
        <w:rPr>
          <w:rFonts w:ascii="Aptos Display" w:hAnsi="Aptos Display"/>
          <w:b w:val="1"/>
          <w:bCs w:val="1"/>
          <w:sz w:val="48"/>
          <w:szCs w:val="48"/>
          <w:lang w:val="sv-SE"/>
        </w:rPr>
        <w:t xml:space="preserve"> styrelsemöte </w:t>
      </w:r>
    </w:p>
    <w:p w:rsidRPr="004C37A8" w:rsidR="00E40869" w:rsidP="44916ECD" w:rsidRDefault="661D0F25" w14:paraId="5F3D61B4" w14:textId="6DBBE5FB">
      <w:pPr>
        <w:spacing w:after="400"/>
        <w:rPr>
          <w:b w:val="1"/>
          <w:bCs w:val="1"/>
          <w:color w:val="auto"/>
          <w:lang w:val="sv-SE"/>
        </w:rPr>
      </w:pPr>
      <w:r w:rsidRPr="44916ECD" w:rsidR="1C38D4E4">
        <w:rPr>
          <w:b w:val="1"/>
          <w:bCs w:val="1"/>
          <w:color w:val="auto"/>
          <w:sz w:val="20"/>
          <w:szCs w:val="20"/>
          <w:lang w:val="sv-SE"/>
        </w:rPr>
        <w:t>L</w:t>
      </w:r>
      <w:r w:rsidRPr="44916ECD" w:rsidR="661D0F25">
        <w:rPr>
          <w:b w:val="1"/>
          <w:bCs w:val="1"/>
          <w:color w:val="auto"/>
          <w:sz w:val="20"/>
          <w:szCs w:val="20"/>
          <w:lang w:val="sv-SE"/>
        </w:rPr>
        <w:t>inköping</w:t>
      </w:r>
      <w:r w:rsidRPr="44916ECD" w:rsidR="661D0F25">
        <w:rPr>
          <w:b w:val="1"/>
          <w:bCs w:val="1"/>
          <w:color w:val="auto"/>
          <w:sz w:val="20"/>
          <w:szCs w:val="20"/>
          <w:lang w:val="sv-SE"/>
        </w:rPr>
        <w:t>, 2026-09-04</w:t>
      </w:r>
    </w:p>
    <w:p w:rsidRPr="004C37A8" w:rsidR="00E40869" w:rsidRDefault="58D03CEA" w14:paraId="50DA26EF" w14:textId="4F6C0B8A">
      <w:pPr>
        <w:rPr>
          <w:lang w:val="sv-SE"/>
        </w:rPr>
      </w:pPr>
      <w:r w:rsidRPr="398C3F59" w:rsidR="58D03CEA">
        <w:rPr>
          <w:lang w:val="sv-SE"/>
        </w:rPr>
        <w:t xml:space="preserve">§ 1 Kort om hur vi har det? </w:t>
      </w:r>
      <w:r w:rsidRPr="398C3F59" w:rsidR="178DF217">
        <w:rPr>
          <w:lang w:val="sv-SE"/>
        </w:rPr>
        <w:t>Laget runt, summering av sommaren.</w:t>
      </w:r>
    </w:p>
    <w:p w:rsidR="58D03CEA" w:rsidP="398C3F59" w:rsidRDefault="58D03CEA" w14:paraId="0577F218" w14:textId="5367CDD6">
      <w:pPr>
        <w:rPr>
          <w:lang w:val="sv-SE"/>
        </w:rPr>
      </w:pPr>
      <w:r w:rsidRPr="398C3F59" w:rsidR="58D03CEA">
        <w:rPr>
          <w:lang w:val="sv-SE"/>
        </w:rPr>
        <w:t xml:space="preserve">§ 2 </w:t>
      </w:r>
      <w:r w:rsidRPr="398C3F59" w:rsidR="33EF6CF0">
        <w:rPr>
          <w:lang w:val="sv-SE"/>
        </w:rPr>
        <w:t>Genomgång av f</w:t>
      </w:r>
      <w:r w:rsidRPr="398C3F59" w:rsidR="58D03CEA">
        <w:rPr>
          <w:lang w:val="sv-SE"/>
        </w:rPr>
        <w:t xml:space="preserve">öregående </w:t>
      </w:r>
      <w:r w:rsidRPr="398C3F59" w:rsidR="58D03CEA">
        <w:rPr>
          <w:lang w:val="sv-SE"/>
        </w:rPr>
        <w:t>pr</w:t>
      </w:r>
      <w:r w:rsidRPr="398C3F59" w:rsidR="01024636">
        <w:rPr>
          <w:lang w:val="sv-SE"/>
        </w:rPr>
        <w:t>otokoll</w:t>
      </w:r>
      <w:r w:rsidRPr="398C3F59" w:rsidR="5AD98FBF">
        <w:rPr>
          <w:lang w:val="sv-SE"/>
        </w:rPr>
        <w:t xml:space="preserve">: </w:t>
      </w:r>
      <w:r w:rsidRPr="398C3F59" w:rsidR="6E61EF7D">
        <w:rPr>
          <w:lang w:val="sv-SE"/>
        </w:rPr>
        <w:t>kommande UMSAM</w:t>
      </w:r>
      <w:r w:rsidRPr="398C3F59" w:rsidR="38578A6F">
        <w:rPr>
          <w:lang w:val="sv-SE"/>
        </w:rPr>
        <w:t xml:space="preserve"> möte</w:t>
      </w:r>
      <w:r w:rsidRPr="398C3F59" w:rsidR="6E61EF7D">
        <w:rPr>
          <w:lang w:val="sv-SE"/>
        </w:rPr>
        <w:t xml:space="preserve"> i november blir Emma och Sara</w:t>
      </w:r>
    </w:p>
    <w:p w:rsidRPr="004C37A8" w:rsidR="01024636" w:rsidP="6B958A4E" w:rsidRDefault="01024636" w14:paraId="04870273" w14:textId="25429964">
      <w:pPr>
        <w:rPr>
          <w:lang w:val="en-US"/>
        </w:rPr>
      </w:pPr>
      <w:r w:rsidRPr="6B958A4E" w:rsidR="01024636">
        <w:rPr>
          <w:lang w:val="en-US"/>
        </w:rPr>
        <w:t>§ 3 Konferens 2027/ 2028</w:t>
      </w:r>
      <w:r w:rsidRPr="6B958A4E" w:rsidR="249AC973">
        <w:rPr>
          <w:lang w:val="en-US"/>
        </w:rPr>
        <w:t xml:space="preserve">.  </w:t>
      </w:r>
      <w:r w:rsidRPr="6B958A4E" w:rsidR="2183A422">
        <w:rPr>
          <w:lang w:val="en-US"/>
        </w:rPr>
        <w:t xml:space="preserve">Diskussion gällande kommande konferens efter gårdagens presentation </w:t>
      </w:r>
      <w:r w:rsidRPr="6B958A4E" w:rsidR="72D33B27">
        <w:rPr>
          <w:lang w:val="en-US"/>
        </w:rPr>
        <w:t>föreläsningar mm.</w:t>
      </w:r>
      <w:r w:rsidRPr="6B958A4E" w:rsidR="649495C2">
        <w:rPr>
          <w:lang w:val="en-US"/>
        </w:rPr>
        <w:t xml:space="preserve"> </w:t>
      </w:r>
      <w:r w:rsidRPr="6B958A4E" w:rsidR="580274AA">
        <w:rPr>
          <w:lang w:val="en-US"/>
        </w:rPr>
        <w:t xml:space="preserve">Ansökning har nu kommit in från Örebro att arrangera konferens 2028 vilket vi godkänner. </w:t>
      </w:r>
      <w:r w:rsidRPr="6B958A4E" w:rsidR="0CD95F26">
        <w:rPr>
          <w:lang w:val="en-US"/>
        </w:rPr>
        <w:t xml:space="preserve"> </w:t>
      </w:r>
    </w:p>
    <w:p w:rsidRPr="004C37A8" w:rsidR="01024636" w:rsidP="6559526E" w:rsidRDefault="01024636" w14:paraId="053B5690" w14:textId="250FBFCB">
      <w:pPr>
        <w:rPr>
          <w:lang w:val="sv-SE"/>
        </w:rPr>
      </w:pPr>
      <w:r w:rsidRPr="398C3F59" w:rsidR="01024636">
        <w:rPr>
          <w:lang w:val="sv-SE"/>
        </w:rPr>
        <w:t xml:space="preserve">§ 4 </w:t>
      </w:r>
      <w:r w:rsidRPr="398C3F59" w:rsidR="2E8108FD">
        <w:rPr>
          <w:lang w:val="sv-SE"/>
        </w:rPr>
        <w:t>Digital utbildningssatsning</w:t>
      </w:r>
      <w:r w:rsidRPr="398C3F59" w:rsidR="504355A9">
        <w:rPr>
          <w:lang w:val="sv-SE"/>
        </w:rPr>
        <w:t xml:space="preserve">. Nu ligger inbjudan till våra föreläsningar ute på vår hemsida. </w:t>
      </w:r>
      <w:r w:rsidRPr="398C3F59" w:rsidR="68BEE4B5">
        <w:rPr>
          <w:lang w:val="sv-SE"/>
        </w:rPr>
        <w:t>Ingen anmälan behövs för detta, alla föreläsni</w:t>
      </w:r>
      <w:r w:rsidRPr="398C3F59" w:rsidR="5CB44ECD">
        <w:rPr>
          <w:lang w:val="sv-SE"/>
        </w:rPr>
        <w:t>n</w:t>
      </w:r>
      <w:r w:rsidRPr="398C3F59" w:rsidR="68BEE4B5">
        <w:rPr>
          <w:lang w:val="sv-SE"/>
        </w:rPr>
        <w:t>gar fi</w:t>
      </w:r>
      <w:r w:rsidRPr="398C3F59" w:rsidR="0B1DE674">
        <w:rPr>
          <w:lang w:val="sv-SE"/>
        </w:rPr>
        <w:t>l</w:t>
      </w:r>
      <w:r w:rsidRPr="398C3F59" w:rsidR="68BEE4B5">
        <w:rPr>
          <w:lang w:val="sv-SE"/>
        </w:rPr>
        <w:t>mas och ligga på hemsidan i två veckor.</w:t>
      </w:r>
      <w:r w:rsidRPr="398C3F59" w:rsidR="3367B7A1">
        <w:rPr>
          <w:lang w:val="sv-SE"/>
        </w:rPr>
        <w:t xml:space="preserve"> Elina kontaktar föreläsarna för </w:t>
      </w:r>
      <w:r w:rsidRPr="398C3F59" w:rsidR="77038DD1">
        <w:rPr>
          <w:lang w:val="sv-SE"/>
        </w:rPr>
        <w:t>att fastställa</w:t>
      </w:r>
      <w:r w:rsidRPr="398C3F59" w:rsidR="3367B7A1">
        <w:rPr>
          <w:lang w:val="sv-SE"/>
        </w:rPr>
        <w:t xml:space="preserve"> pris, inspel</w:t>
      </w:r>
      <w:r w:rsidRPr="398C3F59" w:rsidR="06B1B292">
        <w:rPr>
          <w:lang w:val="sv-SE"/>
        </w:rPr>
        <w:t>n</w:t>
      </w:r>
      <w:r w:rsidRPr="398C3F59" w:rsidR="3367B7A1">
        <w:rPr>
          <w:lang w:val="sv-SE"/>
        </w:rPr>
        <w:t>ing mm.</w:t>
      </w:r>
    </w:p>
    <w:p w:rsidRPr="004C37A8" w:rsidR="01024636" w:rsidP="398C3F59" w:rsidRDefault="01024636" w14:paraId="54228926" w14:textId="6BA5E5F4">
      <w:pPr>
        <w:rPr>
          <w:color w:val="FF0000"/>
          <w:lang w:val="en-US"/>
        </w:rPr>
      </w:pPr>
      <w:r w:rsidRPr="44916ECD" w:rsidR="01024636">
        <w:rPr>
          <w:lang w:val="en-US"/>
        </w:rPr>
        <w:t xml:space="preserve">§ 5 </w:t>
      </w:r>
      <w:r w:rsidRPr="44916ECD" w:rsidR="37A34E6D">
        <w:rPr>
          <w:lang w:val="en-US"/>
        </w:rPr>
        <w:t>RFSU, ABF-</w:t>
      </w:r>
      <w:r w:rsidRPr="44916ECD" w:rsidR="37A34E6D">
        <w:rPr>
          <w:lang w:val="en-US"/>
        </w:rPr>
        <w:t>huset</w:t>
      </w:r>
      <w:r w:rsidRPr="44916ECD" w:rsidR="37A34E6D">
        <w:rPr>
          <w:lang w:val="en-US"/>
        </w:rPr>
        <w:t xml:space="preserve"> </w:t>
      </w:r>
      <w:r w:rsidRPr="44916ECD" w:rsidR="37A34E6D">
        <w:rPr>
          <w:lang w:val="en-US"/>
        </w:rPr>
        <w:t>i</w:t>
      </w:r>
      <w:r w:rsidRPr="44916ECD" w:rsidR="37A34E6D">
        <w:rPr>
          <w:lang w:val="en-US"/>
        </w:rPr>
        <w:t xml:space="preserve"> Stockholm -3 </w:t>
      </w:r>
      <w:r w:rsidRPr="44916ECD" w:rsidR="37A34E6D">
        <w:rPr>
          <w:lang w:val="en-US"/>
        </w:rPr>
        <w:t>oktober</w:t>
      </w:r>
      <w:r w:rsidRPr="44916ECD" w:rsidR="31351B9F">
        <w:rPr>
          <w:lang w:val="en-US"/>
        </w:rPr>
        <w:t>.</w:t>
      </w:r>
      <w:r w:rsidRPr="44916ECD" w:rsidR="6C766890">
        <w:rPr>
          <w:lang w:val="en-US"/>
        </w:rPr>
        <w:t xml:space="preserve"> </w:t>
      </w:r>
      <w:r w:rsidRPr="44916ECD" w:rsidR="6C766890">
        <w:rPr>
          <w:lang w:val="en-US"/>
        </w:rPr>
        <w:t>Föreläsningar</w:t>
      </w:r>
      <w:r w:rsidRPr="44916ECD" w:rsidR="6C766890">
        <w:rPr>
          <w:lang w:val="en-US"/>
        </w:rPr>
        <w:t xml:space="preserve"> mm.</w:t>
      </w:r>
      <w:r w:rsidRPr="44916ECD" w:rsidR="31351B9F">
        <w:rPr>
          <w:lang w:val="en-US"/>
        </w:rPr>
        <w:t xml:space="preserve"> Elina </w:t>
      </w:r>
      <w:r w:rsidRPr="44916ECD" w:rsidR="31351B9F">
        <w:rPr>
          <w:lang w:val="en-US"/>
        </w:rPr>
        <w:t>frågar</w:t>
      </w:r>
      <w:r w:rsidRPr="44916ECD" w:rsidR="31351B9F">
        <w:rPr>
          <w:lang w:val="en-US"/>
        </w:rPr>
        <w:t xml:space="preserve"> </w:t>
      </w:r>
      <w:r w:rsidRPr="44916ECD" w:rsidR="31351B9F">
        <w:rPr>
          <w:lang w:val="en-US"/>
        </w:rPr>
        <w:t>oss</w:t>
      </w:r>
      <w:r w:rsidRPr="44916ECD" w:rsidR="31351B9F">
        <w:rPr>
          <w:lang w:val="en-US"/>
        </w:rPr>
        <w:t xml:space="preserve"> om vi </w:t>
      </w:r>
      <w:r w:rsidRPr="44916ECD" w:rsidR="31351B9F">
        <w:rPr>
          <w:lang w:val="en-US"/>
        </w:rPr>
        <w:t>kan</w:t>
      </w:r>
      <w:r w:rsidRPr="44916ECD" w:rsidR="31351B9F">
        <w:rPr>
          <w:lang w:val="en-US"/>
        </w:rPr>
        <w:t xml:space="preserve"> delta </w:t>
      </w:r>
      <w:r w:rsidRPr="44916ECD" w:rsidR="31351B9F">
        <w:rPr>
          <w:lang w:val="en-US"/>
        </w:rPr>
        <w:t>på</w:t>
      </w:r>
      <w:r w:rsidRPr="44916ECD" w:rsidR="31351B9F">
        <w:rPr>
          <w:lang w:val="en-US"/>
        </w:rPr>
        <w:t xml:space="preserve"> </w:t>
      </w:r>
      <w:r w:rsidRPr="44916ECD" w:rsidR="01FBDF73">
        <w:rPr>
          <w:lang w:val="en-US"/>
        </w:rPr>
        <w:t>detta</w:t>
      </w:r>
      <w:r w:rsidRPr="44916ECD" w:rsidR="01FBDF73">
        <w:rPr>
          <w:lang w:val="en-US"/>
        </w:rPr>
        <w:t xml:space="preserve"> event, Hanna</w:t>
      </w:r>
      <w:r w:rsidRPr="44916ECD" w:rsidR="6ADA6761">
        <w:rPr>
          <w:lang w:val="en-US"/>
        </w:rPr>
        <w:t>h</w:t>
      </w:r>
      <w:r w:rsidRPr="44916ECD" w:rsidR="01FBDF73">
        <w:rPr>
          <w:lang w:val="en-US"/>
        </w:rPr>
        <w:t xml:space="preserve"> och Malin </w:t>
      </w:r>
      <w:r w:rsidRPr="44916ECD" w:rsidR="01FBDF73">
        <w:rPr>
          <w:lang w:val="en-US"/>
        </w:rPr>
        <w:t>erbjuder</w:t>
      </w:r>
      <w:r w:rsidRPr="44916ECD" w:rsidR="01FBDF73">
        <w:rPr>
          <w:lang w:val="en-US"/>
        </w:rPr>
        <w:t xml:space="preserve"> sig </w:t>
      </w:r>
      <w:r w:rsidRPr="44916ECD" w:rsidR="01FBDF73">
        <w:rPr>
          <w:lang w:val="en-US"/>
        </w:rPr>
        <w:t>att</w:t>
      </w:r>
      <w:r w:rsidRPr="44916ECD" w:rsidR="01FBDF73">
        <w:rPr>
          <w:lang w:val="en-US"/>
        </w:rPr>
        <w:t xml:space="preserve"> </w:t>
      </w:r>
      <w:r w:rsidRPr="44916ECD" w:rsidR="01FBDF73">
        <w:rPr>
          <w:lang w:val="en-US"/>
        </w:rPr>
        <w:t>kolla</w:t>
      </w:r>
      <w:r w:rsidRPr="44916ECD" w:rsidR="01FBDF73">
        <w:rPr>
          <w:lang w:val="en-US"/>
        </w:rPr>
        <w:t xml:space="preserve"> </w:t>
      </w:r>
      <w:r w:rsidRPr="44916ECD" w:rsidR="01FBDF73">
        <w:rPr>
          <w:lang w:val="en-US"/>
        </w:rPr>
        <w:t>vidare</w:t>
      </w:r>
      <w:r w:rsidRPr="44916ECD" w:rsidR="01FBDF73">
        <w:rPr>
          <w:lang w:val="en-US"/>
        </w:rPr>
        <w:t xml:space="preserve"> </w:t>
      </w:r>
      <w:r w:rsidRPr="44916ECD" w:rsidR="01FBDF73">
        <w:rPr>
          <w:lang w:val="en-US"/>
        </w:rPr>
        <w:t>på</w:t>
      </w:r>
      <w:r w:rsidRPr="44916ECD" w:rsidR="01FBDF73">
        <w:rPr>
          <w:lang w:val="en-US"/>
        </w:rPr>
        <w:t xml:space="preserve"> </w:t>
      </w:r>
      <w:r w:rsidRPr="44916ECD" w:rsidR="01FBDF73">
        <w:rPr>
          <w:lang w:val="en-US"/>
        </w:rPr>
        <w:t>detta</w:t>
      </w:r>
      <w:r w:rsidRPr="44916ECD" w:rsidR="01FBDF73">
        <w:rPr>
          <w:lang w:val="en-US"/>
        </w:rPr>
        <w:t>.</w:t>
      </w:r>
      <w:r w:rsidRPr="44916ECD" w:rsidR="1F181A1A">
        <w:rPr>
          <w:lang w:val="en-US"/>
        </w:rPr>
        <w:t xml:space="preserve"> </w:t>
      </w:r>
      <w:r w:rsidRPr="44916ECD" w:rsidR="433E0333">
        <w:rPr>
          <w:lang w:val="en-US"/>
        </w:rPr>
        <w:t>Hanna</w:t>
      </w:r>
      <w:r w:rsidRPr="44916ECD" w:rsidR="3A4A932C">
        <w:rPr>
          <w:lang w:val="en-US"/>
        </w:rPr>
        <w:t>h</w:t>
      </w:r>
      <w:r w:rsidRPr="44916ECD" w:rsidR="433E0333">
        <w:rPr>
          <w:lang w:val="en-US"/>
        </w:rPr>
        <w:t xml:space="preserve"> </w:t>
      </w:r>
      <w:r w:rsidRPr="44916ECD" w:rsidR="433E0333">
        <w:rPr>
          <w:lang w:val="en-US"/>
        </w:rPr>
        <w:t>kollar</w:t>
      </w:r>
      <w:r w:rsidRPr="44916ECD" w:rsidR="433E0333">
        <w:rPr>
          <w:lang w:val="en-US"/>
        </w:rPr>
        <w:t xml:space="preserve"> </w:t>
      </w:r>
      <w:r w:rsidRPr="44916ECD" w:rsidR="433E0333">
        <w:rPr>
          <w:lang w:val="en-US"/>
        </w:rPr>
        <w:t>över</w:t>
      </w:r>
      <w:r w:rsidRPr="44916ECD" w:rsidR="433E0333">
        <w:rPr>
          <w:lang w:val="en-US"/>
        </w:rPr>
        <w:t xml:space="preserve"> material </w:t>
      </w:r>
      <w:r w:rsidRPr="44916ECD" w:rsidR="433E0333">
        <w:rPr>
          <w:lang w:val="en-US"/>
        </w:rPr>
        <w:t>inför</w:t>
      </w:r>
      <w:r w:rsidRPr="44916ECD" w:rsidR="433E0333">
        <w:rPr>
          <w:lang w:val="en-US"/>
        </w:rPr>
        <w:t xml:space="preserve"> </w:t>
      </w:r>
      <w:r w:rsidRPr="44916ECD" w:rsidR="433E0333">
        <w:rPr>
          <w:lang w:val="en-US"/>
        </w:rPr>
        <w:t>detta</w:t>
      </w:r>
      <w:r w:rsidRPr="44916ECD" w:rsidR="433E0333">
        <w:rPr>
          <w:lang w:val="en-US"/>
        </w:rPr>
        <w:t>.</w:t>
      </w:r>
    </w:p>
    <w:p w:rsidRPr="004C37A8" w:rsidR="5E053564" w:rsidRDefault="5E053564" w14:paraId="7CB29446" w14:textId="7988DEAC">
      <w:pPr>
        <w:rPr>
          <w:lang w:val="sv-SE"/>
        </w:rPr>
      </w:pPr>
      <w:r w:rsidRPr="398C3F59" w:rsidR="5E053564">
        <w:rPr>
          <w:lang w:val="sv-SE"/>
        </w:rPr>
        <w:t>§</w:t>
      </w:r>
      <w:r w:rsidRPr="398C3F59" w:rsidR="51958D10">
        <w:rPr>
          <w:lang w:val="sv-SE"/>
        </w:rPr>
        <w:t xml:space="preserve"> 6</w:t>
      </w:r>
      <w:r w:rsidRPr="398C3F59" w:rsidR="5E053564">
        <w:rPr>
          <w:lang w:val="sv-SE"/>
        </w:rPr>
        <w:t xml:space="preserve"> </w:t>
      </w:r>
      <w:r w:rsidRPr="398C3F59" w:rsidR="37A34E6D">
        <w:rPr>
          <w:lang w:val="sv-SE"/>
        </w:rPr>
        <w:t xml:space="preserve">Samordningsmöte könsstympning, </w:t>
      </w:r>
      <w:r w:rsidRPr="398C3F59" w:rsidR="53F25D11">
        <w:rPr>
          <w:lang w:val="sv-SE"/>
        </w:rPr>
        <w:t xml:space="preserve">Marie </w:t>
      </w:r>
      <w:r w:rsidRPr="398C3F59" w:rsidR="2A022F25">
        <w:rPr>
          <w:lang w:val="sv-SE"/>
        </w:rPr>
        <w:t>och</w:t>
      </w:r>
      <w:r w:rsidRPr="398C3F59" w:rsidR="2A022F25">
        <w:rPr>
          <w:lang w:val="sv-SE"/>
        </w:rPr>
        <w:t xml:space="preserve"> Emma </w:t>
      </w:r>
      <w:r w:rsidRPr="398C3F59" w:rsidR="53F25D11">
        <w:rPr>
          <w:lang w:val="sv-SE"/>
        </w:rPr>
        <w:t>bjuds in</w:t>
      </w:r>
      <w:r w:rsidRPr="398C3F59" w:rsidR="529684CF">
        <w:rPr>
          <w:lang w:val="sv-SE"/>
        </w:rPr>
        <w:t xml:space="preserve"> för att repr</w:t>
      </w:r>
      <w:r w:rsidRPr="398C3F59" w:rsidR="02706546">
        <w:rPr>
          <w:lang w:val="sv-SE"/>
        </w:rPr>
        <w:t>e</w:t>
      </w:r>
      <w:r w:rsidRPr="398C3F59" w:rsidR="529684CF">
        <w:rPr>
          <w:lang w:val="sv-SE"/>
        </w:rPr>
        <w:t>sentera FSUM</w:t>
      </w:r>
      <w:r w:rsidRPr="398C3F59" w:rsidR="36AE529D">
        <w:rPr>
          <w:lang w:val="sv-SE"/>
        </w:rPr>
        <w:t xml:space="preserve"> </w:t>
      </w:r>
      <w:r w:rsidRPr="398C3F59" w:rsidR="37A34E6D">
        <w:rPr>
          <w:lang w:val="sv-SE"/>
        </w:rPr>
        <w:t xml:space="preserve">11 nov </w:t>
      </w:r>
      <w:r w:rsidRPr="398C3F59" w:rsidR="3FCC926C">
        <w:rPr>
          <w:lang w:val="sv-SE"/>
        </w:rPr>
        <w:t>i Stockholm</w:t>
      </w:r>
    </w:p>
    <w:p w:rsidRPr="004C37A8" w:rsidR="4C8A419F" w:rsidRDefault="4C8A419F" w14:paraId="078F4F3B" w14:textId="17AB1990">
      <w:pPr>
        <w:rPr>
          <w:lang w:val="sv-SE"/>
        </w:rPr>
      </w:pPr>
      <w:r w:rsidRPr="398C3F59" w:rsidR="4C8A419F">
        <w:rPr>
          <w:lang w:val="sv-SE"/>
        </w:rPr>
        <w:t>§</w:t>
      </w:r>
      <w:r w:rsidRPr="398C3F59" w:rsidR="620C3A4F">
        <w:rPr>
          <w:lang w:val="sv-SE"/>
        </w:rPr>
        <w:t xml:space="preserve"> 7</w:t>
      </w:r>
      <w:r w:rsidRPr="398C3F59" w:rsidR="4C8A419F">
        <w:rPr>
          <w:lang w:val="sv-SE"/>
        </w:rPr>
        <w:t xml:space="preserve"> </w:t>
      </w:r>
      <w:r w:rsidRPr="398C3F59" w:rsidR="7EC26906">
        <w:rPr>
          <w:lang w:val="sv-SE"/>
        </w:rPr>
        <w:t>Unizon</w:t>
      </w:r>
      <w:r w:rsidRPr="398C3F59" w:rsidR="7EC26906">
        <w:rPr>
          <w:lang w:val="sv-SE"/>
        </w:rPr>
        <w:t xml:space="preserve"> konta</w:t>
      </w:r>
      <w:r w:rsidRPr="398C3F59" w:rsidR="7EC26906">
        <w:rPr>
          <w:lang w:val="sv-SE"/>
        </w:rPr>
        <w:t>kt</w:t>
      </w:r>
      <w:r w:rsidRPr="398C3F59" w:rsidR="12DBE2A3">
        <w:rPr>
          <w:lang w:val="sv-SE"/>
        </w:rPr>
        <w:t xml:space="preserve">, Åsa </w:t>
      </w:r>
      <w:r w:rsidRPr="398C3F59" w:rsidR="12DBE2A3">
        <w:rPr>
          <w:lang w:val="sv-SE"/>
        </w:rPr>
        <w:t>Witkowski</w:t>
      </w:r>
      <w:r w:rsidRPr="398C3F59" w:rsidR="12DBE2A3">
        <w:rPr>
          <w:lang w:val="sv-SE"/>
        </w:rPr>
        <w:t xml:space="preserve"> på </w:t>
      </w:r>
      <w:r w:rsidRPr="398C3F59" w:rsidR="12DBE2A3">
        <w:rPr>
          <w:lang w:val="sv-SE"/>
        </w:rPr>
        <w:t>Unizon</w:t>
      </w:r>
      <w:r w:rsidRPr="398C3F59" w:rsidR="12DBE2A3">
        <w:rPr>
          <w:lang w:val="sv-SE"/>
        </w:rPr>
        <w:t xml:space="preserve"> önskar samarbete med UM</w:t>
      </w:r>
      <w:r w:rsidRPr="398C3F59" w:rsidR="02CED270">
        <w:rPr>
          <w:lang w:val="sv-SE"/>
        </w:rPr>
        <w:t xml:space="preserve"> med fokus</w:t>
      </w:r>
      <w:r w:rsidRPr="398C3F59" w:rsidR="737A63C7">
        <w:rPr>
          <w:lang w:val="sv-SE"/>
        </w:rPr>
        <w:t xml:space="preserve"> på </w:t>
      </w:r>
      <w:r w:rsidRPr="398C3F59" w:rsidR="02CED270">
        <w:rPr>
          <w:lang w:val="sv-SE"/>
        </w:rPr>
        <w:t xml:space="preserve">våld i nära relationer, </w:t>
      </w:r>
      <w:r w:rsidRPr="398C3F59" w:rsidR="67F643B2">
        <w:rPr>
          <w:lang w:val="sv-SE"/>
        </w:rPr>
        <w:t xml:space="preserve">vi planerar att bjuda in Åsa </w:t>
      </w:r>
      <w:r w:rsidRPr="398C3F59" w:rsidR="02CED270">
        <w:rPr>
          <w:lang w:val="sv-SE"/>
        </w:rPr>
        <w:t xml:space="preserve">delta på </w:t>
      </w:r>
      <w:r w:rsidRPr="398C3F59" w:rsidR="232D3889">
        <w:rPr>
          <w:lang w:val="sv-SE"/>
        </w:rPr>
        <w:t xml:space="preserve">ett </w:t>
      </w:r>
      <w:r w:rsidRPr="398C3F59" w:rsidR="02CED270">
        <w:rPr>
          <w:lang w:val="sv-SE"/>
        </w:rPr>
        <w:t xml:space="preserve">kommande </w:t>
      </w:r>
      <w:r w:rsidRPr="398C3F59" w:rsidR="1CDF51ED">
        <w:rPr>
          <w:lang w:val="sv-SE"/>
        </w:rPr>
        <w:t xml:space="preserve"> </w:t>
      </w:r>
      <w:r w:rsidRPr="398C3F59" w:rsidR="02CED270">
        <w:rPr>
          <w:lang w:val="sv-SE"/>
        </w:rPr>
        <w:t xml:space="preserve"> styrelsemöte.</w:t>
      </w:r>
    </w:p>
    <w:p w:rsidRPr="004C37A8" w:rsidR="7DF4EAC2" w:rsidP="398C3F59" w:rsidRDefault="7DF4EAC2" w14:paraId="4B69763C" w14:textId="18773DA6">
      <w:pPr>
        <w:rPr>
          <w:color w:val="FF0000"/>
          <w:lang w:val="sv-SE"/>
        </w:rPr>
      </w:pPr>
      <w:r w:rsidRPr="398C3F59" w:rsidR="7DF4EAC2">
        <w:rPr>
          <w:color w:val="auto"/>
          <w:lang w:val="sv-SE"/>
        </w:rPr>
        <w:t xml:space="preserve">§ </w:t>
      </w:r>
      <w:r w:rsidRPr="398C3F59" w:rsidR="420D6E26">
        <w:rPr>
          <w:color w:val="auto"/>
          <w:lang w:val="sv-SE"/>
        </w:rPr>
        <w:t xml:space="preserve">8 </w:t>
      </w:r>
      <w:r w:rsidRPr="398C3F59" w:rsidR="7DF4EAC2">
        <w:rPr>
          <w:color w:val="auto"/>
          <w:lang w:val="sv-SE"/>
        </w:rPr>
        <w:t>Debattartikel rasism</w:t>
      </w:r>
      <w:r w:rsidRPr="398C3F59" w:rsidR="1EB674C4">
        <w:rPr>
          <w:color w:val="auto"/>
          <w:lang w:val="sv-SE"/>
        </w:rPr>
        <w:t>. Ebba Tato</w:t>
      </w:r>
      <w:r w:rsidRPr="398C3F59" w:rsidR="4AC0E814">
        <w:rPr>
          <w:color w:val="auto"/>
          <w:lang w:val="sv-SE"/>
        </w:rPr>
        <w:t xml:space="preserve"> </w:t>
      </w:r>
      <w:r w:rsidRPr="398C3F59" w:rsidR="1EB674C4">
        <w:rPr>
          <w:color w:val="auto"/>
          <w:lang w:val="sv-SE"/>
        </w:rPr>
        <w:t>har hört av sig till Elina</w:t>
      </w:r>
      <w:r w:rsidRPr="398C3F59" w:rsidR="7DF4EAC2">
        <w:rPr>
          <w:color w:val="auto"/>
          <w:lang w:val="sv-SE"/>
        </w:rPr>
        <w:t xml:space="preserve"> </w:t>
      </w:r>
      <w:r w:rsidRPr="398C3F59" w:rsidR="578AA9AD">
        <w:rPr>
          <w:color w:val="auto"/>
          <w:lang w:val="sv-SE"/>
        </w:rPr>
        <w:t>gällande en debattartikel</w:t>
      </w:r>
      <w:r w:rsidRPr="398C3F59" w:rsidR="6CF64026">
        <w:rPr>
          <w:color w:val="auto"/>
          <w:lang w:val="sv-SE"/>
        </w:rPr>
        <w:t xml:space="preserve"> kring rasism</w:t>
      </w:r>
      <w:r w:rsidRPr="398C3F59" w:rsidR="1BE32EA6">
        <w:rPr>
          <w:color w:val="auto"/>
          <w:lang w:val="sv-SE"/>
        </w:rPr>
        <w:t>, Elina skickar denna skrivelse till oss alla i FSUM</w:t>
      </w:r>
    </w:p>
    <w:p w:rsidR="659D7AC5" w:rsidP="398C3F59" w:rsidRDefault="659D7AC5" w14:paraId="46C4F545" w14:textId="0A5511CF">
      <w:pPr>
        <w:rPr>
          <w:rFonts w:eastAsia="Aptos" w:cs="Aptos"/>
          <w:lang w:val="en-US"/>
        </w:rPr>
      </w:pPr>
      <w:r w:rsidRPr="398C3F59" w:rsidR="659D7AC5">
        <w:rPr>
          <w:rFonts w:eastAsia="Aptos" w:cs="Aptos"/>
          <w:lang w:val="en-US"/>
        </w:rPr>
        <w:t xml:space="preserve">§ </w:t>
      </w:r>
      <w:r w:rsidRPr="398C3F59" w:rsidR="72BD81D0">
        <w:rPr>
          <w:rFonts w:eastAsia="Aptos" w:cs="Aptos"/>
          <w:lang w:val="en-US"/>
        </w:rPr>
        <w:t xml:space="preserve">9 </w:t>
      </w:r>
      <w:r w:rsidRPr="398C3F59" w:rsidR="659D7AC5">
        <w:rPr>
          <w:rFonts w:eastAsia="Aptos" w:cs="Aptos"/>
          <w:lang w:val="en-US"/>
        </w:rPr>
        <w:t>Rise – Riksföreningen mot incest och andra sexuella övergrepp i barndomen</w:t>
      </w:r>
      <w:r w:rsidRPr="398C3F59" w:rsidR="691908B2">
        <w:rPr>
          <w:rFonts w:eastAsia="Aptos" w:cs="Aptos"/>
          <w:lang w:val="en-US"/>
        </w:rPr>
        <w:t xml:space="preserve">, </w:t>
      </w:r>
      <w:r w:rsidRPr="398C3F59" w:rsidR="476FC750">
        <w:rPr>
          <w:rFonts w:eastAsia="Aptos" w:cs="Aptos"/>
          <w:lang w:val="en-US"/>
        </w:rPr>
        <w:t xml:space="preserve">Elina informerar oss om ett informationsbrev hon </w:t>
      </w:r>
      <w:r w:rsidRPr="398C3F59" w:rsidR="476FC750">
        <w:rPr>
          <w:rFonts w:eastAsia="Aptos" w:cs="Aptos"/>
          <w:lang w:val="en-US"/>
        </w:rPr>
        <w:t>fått kring</w:t>
      </w:r>
      <w:r w:rsidRPr="398C3F59" w:rsidR="476FC750">
        <w:rPr>
          <w:rFonts w:eastAsia="Aptos" w:cs="Aptos"/>
          <w:lang w:val="en-US"/>
        </w:rPr>
        <w:t xml:space="preserve"> detta</w:t>
      </w:r>
      <w:r w:rsidRPr="398C3F59" w:rsidR="79F1B84C">
        <w:rPr>
          <w:rFonts w:eastAsia="Aptos" w:cs="Aptos"/>
          <w:lang w:val="en-US"/>
        </w:rPr>
        <w:t xml:space="preserve"> via Hermine Holm</w:t>
      </w:r>
    </w:p>
    <w:p w:rsidR="003E7F67" w:rsidP="6B958A4E" w:rsidRDefault="003E7F67" w14:paraId="0FA0D749" w14:textId="3896F5CC">
      <w:pPr>
        <w:rPr>
          <w:rFonts w:eastAsia="Aptos" w:cs="Aptos"/>
          <w:lang w:val="en-US"/>
        </w:rPr>
      </w:pPr>
      <w:r w:rsidRPr="6B958A4E" w:rsidR="003E7F67">
        <w:rPr>
          <w:rFonts w:eastAsia="Aptos" w:cs="Aptos"/>
          <w:lang w:val="en-US"/>
        </w:rPr>
        <w:t xml:space="preserve">§ </w:t>
      </w:r>
      <w:r w:rsidRPr="6B958A4E" w:rsidR="51499419">
        <w:rPr>
          <w:rFonts w:eastAsia="Aptos" w:cs="Aptos"/>
          <w:lang w:val="en-US"/>
        </w:rPr>
        <w:t>10</w:t>
      </w:r>
      <w:r w:rsidRPr="6B958A4E" w:rsidR="003E7F67">
        <w:rPr>
          <w:rFonts w:eastAsia="Aptos" w:cs="Aptos"/>
          <w:lang w:val="en-US"/>
        </w:rPr>
        <w:t xml:space="preserve"> </w:t>
      </w:r>
      <w:r w:rsidRPr="6B958A4E" w:rsidR="74181335">
        <w:rPr>
          <w:rFonts w:eastAsia="Aptos" w:cs="Aptos"/>
          <w:lang w:val="en-US"/>
        </w:rPr>
        <w:t xml:space="preserve">Elina har blivit kontaktad av Lena </w:t>
      </w:r>
      <w:r w:rsidRPr="6B958A4E" w:rsidR="74181335">
        <w:rPr>
          <w:rFonts w:eastAsia="Aptos" w:cs="Aptos"/>
          <w:lang w:val="en-US"/>
        </w:rPr>
        <w:t>Stenfelt</w:t>
      </w:r>
      <w:r w:rsidRPr="6B958A4E" w:rsidR="74181335">
        <w:rPr>
          <w:rFonts w:eastAsia="Aptos" w:cs="Aptos"/>
          <w:lang w:val="en-US"/>
        </w:rPr>
        <w:t xml:space="preserve">, områdeschef på VGR, </w:t>
      </w:r>
      <w:r w:rsidRPr="6B958A4E" w:rsidR="003E7F67">
        <w:rPr>
          <w:rFonts w:eastAsia="Aptos" w:cs="Aptos"/>
          <w:lang w:val="en-US"/>
        </w:rPr>
        <w:t>om psykologernas roll på UM</w:t>
      </w:r>
      <w:r w:rsidRPr="6B958A4E" w:rsidR="76A266DC">
        <w:rPr>
          <w:rFonts w:eastAsia="Aptos" w:cs="Aptos"/>
          <w:lang w:val="en-US"/>
        </w:rPr>
        <w:t xml:space="preserve">.  </w:t>
      </w:r>
      <w:r w:rsidRPr="6B958A4E" w:rsidR="381DD8B5">
        <w:rPr>
          <w:rFonts w:eastAsia="Aptos" w:cs="Aptos"/>
          <w:lang w:val="en-US"/>
        </w:rPr>
        <w:t xml:space="preserve"> </w:t>
      </w:r>
      <w:r w:rsidRPr="6B958A4E" w:rsidR="76A266DC">
        <w:rPr>
          <w:rFonts w:eastAsia="Aptos" w:cs="Aptos"/>
          <w:lang w:val="en-US"/>
        </w:rPr>
        <w:t xml:space="preserve">Diskussion kring skillnad </w:t>
      </w:r>
      <w:r w:rsidRPr="6B958A4E" w:rsidR="58B5797F">
        <w:rPr>
          <w:rFonts w:eastAsia="Aptos" w:cs="Aptos"/>
          <w:lang w:val="en-US"/>
        </w:rPr>
        <w:t xml:space="preserve">på arbetsuppgifter </w:t>
      </w:r>
      <w:r w:rsidRPr="6B958A4E" w:rsidR="76A266DC">
        <w:rPr>
          <w:rFonts w:eastAsia="Aptos" w:cs="Aptos"/>
          <w:lang w:val="en-US"/>
        </w:rPr>
        <w:t>psykolog</w:t>
      </w:r>
      <w:r w:rsidRPr="6B958A4E" w:rsidR="76A266DC">
        <w:rPr>
          <w:rFonts w:eastAsia="Aptos" w:cs="Aptos"/>
          <w:lang w:val="en-US"/>
        </w:rPr>
        <w:t>/ kuratorer</w:t>
      </w:r>
      <w:r w:rsidRPr="6B958A4E" w:rsidR="4E8C6C15">
        <w:rPr>
          <w:rFonts w:eastAsia="Aptos" w:cs="Aptos"/>
          <w:lang w:val="en-US"/>
        </w:rPr>
        <w:t xml:space="preserve">. </w:t>
      </w:r>
      <w:r w:rsidRPr="6B958A4E" w:rsidR="4E8C6C15">
        <w:rPr>
          <w:rFonts w:eastAsia="Aptos" w:cs="Aptos"/>
          <w:color w:val="FF0000"/>
          <w:lang w:val="en-US"/>
        </w:rPr>
        <w:t xml:space="preserve">Beslut tas att </w:t>
      </w:r>
      <w:r w:rsidRPr="6B958A4E" w:rsidR="0DB9637C">
        <w:rPr>
          <w:rFonts w:eastAsia="Aptos" w:cs="Aptos"/>
          <w:color w:val="FF0000"/>
          <w:lang w:val="en-US"/>
        </w:rPr>
        <w:t xml:space="preserve">frågan </w:t>
      </w:r>
      <w:r w:rsidRPr="6B958A4E" w:rsidR="4E8C6C15">
        <w:rPr>
          <w:rFonts w:eastAsia="Aptos" w:cs="Aptos"/>
          <w:color w:val="FF0000"/>
          <w:lang w:val="en-US"/>
        </w:rPr>
        <w:t>lyft</w:t>
      </w:r>
      <w:r w:rsidRPr="6B958A4E" w:rsidR="5BFBF2CC">
        <w:rPr>
          <w:rFonts w:eastAsia="Aptos" w:cs="Aptos"/>
          <w:color w:val="FF0000"/>
          <w:lang w:val="en-US"/>
        </w:rPr>
        <w:t>s</w:t>
      </w:r>
      <w:r w:rsidRPr="6B958A4E" w:rsidR="4E8C6C15">
        <w:rPr>
          <w:rFonts w:eastAsia="Aptos" w:cs="Aptos"/>
          <w:color w:val="FF0000"/>
          <w:lang w:val="en-US"/>
        </w:rPr>
        <w:t xml:space="preserve"> på </w:t>
      </w:r>
      <w:r w:rsidRPr="6B958A4E" w:rsidR="4E8C6C15">
        <w:rPr>
          <w:rFonts w:eastAsia="Aptos" w:cs="Aptos"/>
          <w:color w:val="FF0000"/>
          <w:lang w:val="en-US"/>
        </w:rPr>
        <w:t>UMSAM</w:t>
      </w:r>
      <w:r w:rsidRPr="6B958A4E" w:rsidR="003E7F67">
        <w:rPr>
          <w:rFonts w:eastAsia="Aptos" w:cs="Aptos"/>
          <w:lang w:val="en-US"/>
        </w:rPr>
        <w:t xml:space="preserve"> </w:t>
      </w:r>
      <w:r w:rsidRPr="6B958A4E" w:rsidR="06871313">
        <w:rPr>
          <w:rFonts w:eastAsia="Aptos" w:cs="Aptos"/>
          <w:lang w:val="en-US"/>
        </w:rPr>
        <w:t xml:space="preserve"> </w:t>
      </w:r>
      <w:r w:rsidRPr="6B958A4E" w:rsidR="06871313">
        <w:rPr>
          <w:rFonts w:eastAsia="Aptos" w:cs="Aptos"/>
          <w:color w:val="FF0000"/>
          <w:lang w:val="en-US"/>
        </w:rPr>
        <w:t>via</w:t>
      </w:r>
      <w:r w:rsidRPr="6B958A4E" w:rsidR="06871313">
        <w:rPr>
          <w:rFonts w:eastAsia="Aptos" w:cs="Aptos"/>
          <w:color w:val="FF0000"/>
          <w:lang w:val="en-US"/>
        </w:rPr>
        <w:t xml:space="preserve"> Elina samt att frågan läggs på FSUM diskussion, Camilla fixar detta.</w:t>
      </w:r>
    </w:p>
    <w:p w:rsidRPr="003E7F67" w:rsidR="003E7F67" w:rsidP="6559526E" w:rsidRDefault="003E7F67" w14:paraId="20FF1033" w14:textId="03C93B01">
      <w:pPr>
        <w:rPr>
          <w:color w:val="000000" w:themeColor="text1"/>
          <w:lang w:val="sv-SE"/>
        </w:rPr>
      </w:pP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>§</w:t>
      </w: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 xml:space="preserve"> 1</w:t>
      </w:r>
      <w:r w:rsidRPr="398C3F59" w:rsidR="43BF2C4D">
        <w:rPr>
          <w:rFonts w:eastAsia="Aptos" w:cs="Aptos"/>
          <w:color w:val="000000" w:themeColor="text1" w:themeTint="FF" w:themeShade="FF"/>
          <w:lang w:val="sv-SE"/>
        </w:rPr>
        <w:t>1</w:t>
      </w: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 xml:space="preserve"> KIND och ICF </w:t>
      </w: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>core</w:t>
      </w: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 xml:space="preserve"> sets för</w:t>
      </w:r>
      <w:r w:rsidRPr="398C3F59" w:rsidR="003E7F67">
        <w:rPr>
          <w:rFonts w:eastAsia="Aptos" w:cs="Aptos"/>
          <w:color w:val="000000" w:themeColor="text1" w:themeTint="FF" w:themeShade="FF"/>
          <w:lang w:val="sv-SE"/>
        </w:rPr>
        <w:t xml:space="preserve"> ADHD och Autism </w:t>
      </w:r>
      <w:r w:rsidRPr="398C3F59" w:rsidR="64FBD45E">
        <w:rPr>
          <w:rFonts w:eastAsia="Aptos" w:cs="Aptos"/>
          <w:color w:val="000000" w:themeColor="text1" w:themeTint="FF" w:themeShade="FF"/>
          <w:lang w:val="sv-SE"/>
        </w:rPr>
        <w:t xml:space="preserve">utformar en plattform för ungdomar med dessa </w:t>
      </w:r>
      <w:r w:rsidRPr="398C3F59" w:rsidR="64FBD45E">
        <w:rPr>
          <w:rFonts w:eastAsia="Aptos" w:cs="Aptos"/>
          <w:color w:val="000000" w:themeColor="text1" w:themeTint="FF" w:themeShade="FF"/>
          <w:lang w:val="sv-SE"/>
        </w:rPr>
        <w:t>diagoser</w:t>
      </w:r>
      <w:r w:rsidRPr="398C3F59" w:rsidR="64FBD45E">
        <w:rPr>
          <w:rFonts w:eastAsia="Aptos" w:cs="Aptos"/>
          <w:color w:val="000000" w:themeColor="text1" w:themeTint="FF" w:themeShade="FF"/>
          <w:lang w:val="sv-SE"/>
        </w:rPr>
        <w:t>, N</w:t>
      </w:r>
      <w:r w:rsidRPr="398C3F59" w:rsidR="6A53E686">
        <w:rPr>
          <w:rFonts w:eastAsia="Aptos" w:cs="Aptos"/>
          <w:color w:val="000000" w:themeColor="text1" w:themeTint="FF" w:themeShade="FF"/>
          <w:lang w:val="sv-SE"/>
        </w:rPr>
        <w:t xml:space="preserve">icole </w:t>
      </w:r>
      <w:r w:rsidRPr="398C3F59" w:rsidR="6A53E686">
        <w:rPr>
          <w:rFonts w:eastAsia="Aptos" w:cs="Aptos"/>
          <w:color w:val="000000" w:themeColor="text1" w:themeTint="FF" w:themeShade="FF"/>
          <w:lang w:val="sv-SE"/>
        </w:rPr>
        <w:t>Galdikova</w:t>
      </w:r>
      <w:r w:rsidRPr="398C3F59" w:rsidR="6A53E686">
        <w:rPr>
          <w:rFonts w:eastAsia="Aptos" w:cs="Aptos"/>
          <w:color w:val="000000" w:themeColor="text1" w:themeTint="FF" w:themeShade="FF"/>
          <w:lang w:val="sv-SE"/>
        </w:rPr>
        <w:t xml:space="preserve"> önskar faktagranskning av oss vilket vi accepterar. Beslut tas att frågan aktualiseras på kommande möte</w:t>
      </w:r>
      <w:r w:rsidRPr="398C3F59" w:rsidR="003E7F67">
        <w:rPr>
          <w:rFonts w:eastAsia="Aptos" w:cs="Aptos"/>
          <w:color w:val="EE0000"/>
          <w:lang w:val="sv-SE"/>
        </w:rPr>
        <w:t xml:space="preserve">(Nicole </w:t>
      </w:r>
      <w:r w:rsidRPr="398C3F59" w:rsidR="003E7F67">
        <w:rPr>
          <w:rFonts w:eastAsia="Aptos" w:cs="Aptos"/>
          <w:color w:val="EE0000"/>
          <w:lang w:val="sv-SE"/>
        </w:rPr>
        <w:t>Galdíková</w:t>
      </w:r>
      <w:r w:rsidRPr="398C3F59" w:rsidR="003E7F67">
        <w:rPr>
          <w:rFonts w:eastAsia="Aptos" w:cs="Aptos"/>
          <w:color w:val="EE0000"/>
          <w:lang w:val="sv-SE"/>
        </w:rPr>
        <w:t>)</w:t>
      </w:r>
    </w:p>
    <w:p w:rsidRPr="004C37A8" w:rsidR="615D912D" w:rsidRDefault="615D912D" w14:paraId="6447E05A" w14:textId="6E0629C9">
      <w:pPr>
        <w:rPr>
          <w:lang w:val="sv-SE"/>
        </w:rPr>
      </w:pPr>
      <w:r w:rsidRPr="44916ECD" w:rsidR="615D912D">
        <w:rPr>
          <w:lang w:val="sv-SE"/>
        </w:rPr>
        <w:t xml:space="preserve">§ </w:t>
      </w:r>
      <w:r w:rsidRPr="44916ECD" w:rsidR="5E31552A">
        <w:rPr>
          <w:lang w:val="sv-SE"/>
        </w:rPr>
        <w:t>1</w:t>
      </w:r>
      <w:r w:rsidRPr="44916ECD" w:rsidR="6EE32307">
        <w:rPr>
          <w:lang w:val="sv-SE"/>
        </w:rPr>
        <w:t xml:space="preserve">2 </w:t>
      </w:r>
      <w:r w:rsidRPr="44916ECD" w:rsidR="03F6B30A">
        <w:rPr>
          <w:lang w:val="sv-SE"/>
        </w:rPr>
        <w:t>Motionen om killgrupp, nytt möte på gång</w:t>
      </w:r>
      <w:r w:rsidRPr="44916ECD" w:rsidR="7B988166">
        <w:rPr>
          <w:lang w:val="sv-SE"/>
        </w:rPr>
        <w:t xml:space="preserve"> i september / </w:t>
      </w:r>
      <w:r w:rsidRPr="44916ECD" w:rsidR="7B988166">
        <w:rPr>
          <w:lang w:val="sv-SE"/>
        </w:rPr>
        <w:t>oktobert</w:t>
      </w:r>
      <w:r w:rsidRPr="44916ECD" w:rsidR="7B988166">
        <w:rPr>
          <w:lang w:val="sv-SE"/>
        </w:rPr>
        <w:t xml:space="preserve">. </w:t>
      </w:r>
      <w:r w:rsidRPr="44916ECD" w:rsidR="09C808A1">
        <w:rPr>
          <w:lang w:val="sv-SE"/>
        </w:rPr>
        <w:t xml:space="preserve">David o Gustav kommer att delta på möte nr två, </w:t>
      </w:r>
      <w:r w:rsidRPr="44916ECD" w:rsidR="61A592C3">
        <w:rPr>
          <w:color w:val="FF0000"/>
          <w:lang w:val="sv-SE"/>
        </w:rPr>
        <w:t>Elina bjuder in till detta möte</w:t>
      </w:r>
      <w:r w:rsidRPr="44916ECD" w:rsidR="61A592C3">
        <w:rPr>
          <w:lang w:val="sv-SE"/>
        </w:rPr>
        <w:t>. K</w:t>
      </w:r>
      <w:r w:rsidRPr="44916ECD" w:rsidR="09C808A1">
        <w:rPr>
          <w:lang w:val="sv-SE"/>
        </w:rPr>
        <w:t>ontaktgrupp för möte för manlig personal på UM.</w:t>
      </w:r>
      <w:r w:rsidRPr="44916ECD" w:rsidR="374618AE">
        <w:rPr>
          <w:lang w:val="sv-SE"/>
        </w:rPr>
        <w:t xml:space="preserve"> Diskussion att även skapa en "</w:t>
      </w:r>
      <w:r w:rsidRPr="44916ECD" w:rsidR="374618AE">
        <w:rPr>
          <w:lang w:val="sv-SE"/>
        </w:rPr>
        <w:t>whats</w:t>
      </w:r>
      <w:r w:rsidRPr="44916ECD" w:rsidR="374618AE">
        <w:rPr>
          <w:lang w:val="sv-SE"/>
        </w:rPr>
        <w:t xml:space="preserve"> </w:t>
      </w:r>
      <w:r w:rsidRPr="44916ECD" w:rsidR="374618AE">
        <w:rPr>
          <w:lang w:val="sv-SE"/>
        </w:rPr>
        <w:t>up</w:t>
      </w:r>
      <w:r w:rsidRPr="44916ECD" w:rsidR="374618AE">
        <w:rPr>
          <w:lang w:val="sv-SE"/>
        </w:rPr>
        <w:t>" grupp för dessa.</w:t>
      </w:r>
    </w:p>
    <w:p w:rsidRPr="004C37A8" w:rsidR="01024636" w:rsidRDefault="01024636" w14:paraId="7BA7F237" w14:textId="3AA4C684">
      <w:pPr>
        <w:rPr>
          <w:lang w:val="sv-SE"/>
        </w:rPr>
      </w:pPr>
      <w:r w:rsidRPr="44916ECD" w:rsidR="01024636">
        <w:rPr>
          <w:lang w:val="sv-SE"/>
        </w:rPr>
        <w:t xml:space="preserve">§ </w:t>
      </w:r>
      <w:r w:rsidRPr="44916ECD" w:rsidR="1A8017FC">
        <w:rPr>
          <w:lang w:val="sv-SE"/>
        </w:rPr>
        <w:t>1</w:t>
      </w:r>
      <w:r w:rsidRPr="44916ECD" w:rsidR="4467266C">
        <w:rPr>
          <w:lang w:val="sv-SE"/>
        </w:rPr>
        <w:t>3</w:t>
      </w:r>
      <w:r w:rsidRPr="44916ECD" w:rsidR="01024636">
        <w:rPr>
          <w:lang w:val="sv-SE"/>
        </w:rPr>
        <w:t xml:space="preserve"> Hemsidan</w:t>
      </w:r>
      <w:r w:rsidRPr="44916ECD" w:rsidR="00F85AAF">
        <w:rPr>
          <w:lang w:val="sv-SE"/>
        </w:rPr>
        <w:t>, något nytt?</w:t>
      </w:r>
      <w:r w:rsidRPr="44916ECD" w:rsidR="3F64C2B4">
        <w:rPr>
          <w:lang w:val="sv-SE"/>
        </w:rPr>
        <w:t xml:space="preserve"> Behov av att rensa inaktuell information</w:t>
      </w:r>
      <w:r w:rsidRPr="44916ECD" w:rsidR="656A946D">
        <w:rPr>
          <w:lang w:val="sv-SE"/>
        </w:rPr>
        <w:t xml:space="preserve">, allmän uppdatering   planeras av hemsidegruppen. </w:t>
      </w:r>
      <w:r w:rsidRPr="44916ECD" w:rsidR="42FA066E">
        <w:rPr>
          <w:color w:val="FF0000"/>
          <w:lang w:val="sv-SE"/>
        </w:rPr>
        <w:t xml:space="preserve">Nytt möte inplaneras </w:t>
      </w:r>
      <w:r w:rsidRPr="44916ECD" w:rsidR="446930B9">
        <w:rPr>
          <w:color w:val="FF0000"/>
          <w:lang w:val="sv-SE"/>
        </w:rPr>
        <w:t>av Emma, Camilla och Aysegül</w:t>
      </w:r>
    </w:p>
    <w:p w:rsidRPr="004C37A8" w:rsidR="01024636" w:rsidRDefault="01024636" w14:paraId="1E93DE23" w14:textId="1B5B9548">
      <w:pPr>
        <w:rPr>
          <w:lang w:val="sv-SE"/>
        </w:rPr>
      </w:pPr>
      <w:r w:rsidRPr="398C3F59" w:rsidR="01024636">
        <w:rPr>
          <w:lang w:val="sv-SE"/>
        </w:rPr>
        <w:t xml:space="preserve">§ </w:t>
      </w:r>
      <w:r w:rsidRPr="398C3F59" w:rsidR="17358F9C">
        <w:rPr>
          <w:lang w:val="sv-SE"/>
        </w:rPr>
        <w:t>1</w:t>
      </w:r>
      <w:r w:rsidRPr="398C3F59" w:rsidR="11518F1B">
        <w:rPr>
          <w:lang w:val="sv-SE"/>
        </w:rPr>
        <w:t>4</w:t>
      </w:r>
      <w:r w:rsidRPr="398C3F59" w:rsidR="01024636">
        <w:rPr>
          <w:lang w:val="sv-SE"/>
        </w:rPr>
        <w:t xml:space="preserve"> </w:t>
      </w:r>
      <w:r w:rsidRPr="398C3F59" w:rsidR="01024636">
        <w:rPr>
          <w:lang w:val="sv-SE"/>
        </w:rPr>
        <w:t>Sharpoint</w:t>
      </w:r>
      <w:r w:rsidRPr="398C3F59" w:rsidR="01024636">
        <w:rPr>
          <w:lang w:val="sv-SE"/>
        </w:rPr>
        <w:t xml:space="preserve"> och våra gemensamma dokument</w:t>
      </w:r>
      <w:r w:rsidRPr="398C3F59" w:rsidR="26B8A0BF">
        <w:rPr>
          <w:lang w:val="sv-SE"/>
        </w:rPr>
        <w:t xml:space="preserve">, </w:t>
      </w:r>
      <w:r w:rsidRPr="398C3F59" w:rsidR="26B8A0BF">
        <w:rPr>
          <w:lang w:val="sv-SE"/>
        </w:rPr>
        <w:t>fortfarande lite krångligt för att komma in på detta, Emma och Josefin önskar support av Elina.</w:t>
      </w:r>
      <w:r w:rsidRPr="398C3F59" w:rsidR="59592EC7">
        <w:rPr>
          <w:lang w:val="sv-SE"/>
        </w:rPr>
        <w:t xml:space="preserve"> Vi uppmanas att ses över våra kontaktuppgifter som ligger här.</w:t>
      </w:r>
    </w:p>
    <w:p w:rsidRPr="004C37A8" w:rsidR="01024636" w:rsidP="6559526E" w:rsidRDefault="01024636" w14:paraId="2A34D6AD" w14:textId="411504CF">
      <w:pPr>
        <w:rPr>
          <w:lang w:val="sv-SE"/>
        </w:rPr>
      </w:pPr>
      <w:r w:rsidRPr="398C3F59" w:rsidR="01024636">
        <w:rPr>
          <w:lang w:val="sv-SE"/>
        </w:rPr>
        <w:t xml:space="preserve">§ </w:t>
      </w:r>
      <w:r w:rsidRPr="398C3F59" w:rsidR="12AA2ABF">
        <w:rPr>
          <w:lang w:val="sv-SE"/>
        </w:rPr>
        <w:t>1</w:t>
      </w:r>
      <w:r w:rsidRPr="398C3F59" w:rsidR="49283DE0">
        <w:rPr>
          <w:lang w:val="sv-SE"/>
        </w:rPr>
        <w:t>5</w:t>
      </w:r>
      <w:r w:rsidRPr="398C3F59" w:rsidR="01024636">
        <w:rPr>
          <w:lang w:val="sv-SE"/>
        </w:rPr>
        <w:t xml:space="preserve"> </w:t>
      </w:r>
      <w:r w:rsidRPr="398C3F59" w:rsidR="28997DC1">
        <w:rPr>
          <w:lang w:val="sv-SE"/>
        </w:rPr>
        <w:t>Ekonomi</w:t>
      </w:r>
      <w:r w:rsidRPr="398C3F59" w:rsidR="316705D7">
        <w:rPr>
          <w:lang w:val="sv-SE"/>
        </w:rPr>
        <w:t>, Malin redovisar vårt ekonomiska läge, vi är i god balans.</w:t>
      </w:r>
      <w:r w:rsidRPr="398C3F59" w:rsidR="09EE91CE">
        <w:rPr>
          <w:lang w:val="sv-SE"/>
        </w:rPr>
        <w:t xml:space="preserve"> Genomgång </w:t>
      </w:r>
      <w:r w:rsidRPr="398C3F59" w:rsidR="07C394AA">
        <w:rPr>
          <w:lang w:val="sv-SE"/>
        </w:rPr>
        <w:t xml:space="preserve">av hantering av fysiska kvitton, fakturor mm, kontaktuppgifter finns på </w:t>
      </w:r>
      <w:r w:rsidRPr="398C3F59" w:rsidR="612141BB">
        <w:rPr>
          <w:lang w:val="sv-SE"/>
        </w:rPr>
        <w:t>S</w:t>
      </w:r>
      <w:r w:rsidRPr="398C3F59" w:rsidR="07C394AA">
        <w:rPr>
          <w:lang w:val="sv-SE"/>
        </w:rPr>
        <w:t>harpoint</w:t>
      </w:r>
      <w:r w:rsidRPr="398C3F59" w:rsidR="07C394AA">
        <w:rPr>
          <w:lang w:val="sv-SE"/>
        </w:rPr>
        <w:t>.</w:t>
      </w:r>
      <w:r w:rsidRPr="398C3F59" w:rsidR="6E0F8F1C">
        <w:rPr>
          <w:lang w:val="sv-SE"/>
        </w:rPr>
        <w:t xml:space="preserve"> Hur gör vi då mottagningar avslutar sitt medlemskap, hur ska vi signalera medlemsnytta till våra mottagningar?</w:t>
      </w:r>
      <w:r w:rsidRPr="398C3F59" w:rsidR="1B8DC20A">
        <w:rPr>
          <w:lang w:val="sv-SE"/>
        </w:rPr>
        <w:t xml:space="preserve"> </w:t>
      </w:r>
      <w:r w:rsidRPr="398C3F59" w:rsidR="28F89553">
        <w:rPr>
          <w:lang w:val="sv-SE"/>
        </w:rPr>
        <w:t xml:space="preserve">Viktigt att träffa olika mottagningar då vi har våra </w:t>
      </w:r>
      <w:r w:rsidRPr="398C3F59" w:rsidR="20BDDEB7">
        <w:rPr>
          <w:lang w:val="sv-SE"/>
        </w:rPr>
        <w:t xml:space="preserve">styrelsemöten. </w:t>
      </w:r>
      <w:r w:rsidRPr="398C3F59" w:rsidR="20BDDEB7">
        <w:rPr>
          <w:color w:val="FF0000"/>
          <w:lang w:val="sv-SE"/>
        </w:rPr>
        <w:t xml:space="preserve">Beslut tas att vi </w:t>
      </w:r>
      <w:r w:rsidRPr="398C3F59" w:rsidR="6ABB7999">
        <w:rPr>
          <w:color w:val="FF0000"/>
          <w:lang w:val="sv-SE"/>
        </w:rPr>
        <w:t xml:space="preserve">på kommande möte </w:t>
      </w:r>
      <w:r w:rsidRPr="398C3F59" w:rsidR="20BDDEB7">
        <w:rPr>
          <w:color w:val="FF0000"/>
          <w:lang w:val="sv-SE"/>
        </w:rPr>
        <w:t xml:space="preserve">utse en </w:t>
      </w:r>
      <w:r w:rsidRPr="398C3F59" w:rsidR="3060FF03">
        <w:rPr>
          <w:color w:val="FF0000"/>
          <w:lang w:val="sv-SE"/>
        </w:rPr>
        <w:t>arbets</w:t>
      </w:r>
      <w:r w:rsidRPr="398C3F59" w:rsidR="20BDDEB7">
        <w:rPr>
          <w:color w:val="FF0000"/>
          <w:lang w:val="sv-SE"/>
        </w:rPr>
        <w:t>grupp som kan arbet</w:t>
      </w:r>
      <w:r w:rsidRPr="398C3F59" w:rsidR="1622B607">
        <w:rPr>
          <w:color w:val="FF0000"/>
          <w:lang w:val="sv-SE"/>
        </w:rPr>
        <w:t>a</w:t>
      </w:r>
      <w:r w:rsidRPr="398C3F59" w:rsidR="20BDDEB7">
        <w:rPr>
          <w:color w:val="FF0000"/>
          <w:lang w:val="sv-SE"/>
        </w:rPr>
        <w:t xml:space="preserve"> vidare med</w:t>
      </w:r>
      <w:r w:rsidRPr="398C3F59" w:rsidR="20BDDEB7">
        <w:rPr>
          <w:color w:val="FF0000"/>
          <w:lang w:val="sv-SE"/>
        </w:rPr>
        <w:t xml:space="preserve"> detta.</w:t>
      </w:r>
    </w:p>
    <w:p w:rsidRPr="004C37A8" w:rsidR="00E40869" w:rsidP="398C3F59" w:rsidRDefault="28997DC1" w14:paraId="5C1471EB" w14:textId="614C2D2B">
      <w:pPr>
        <w:rPr>
          <w:color w:val="FF0000"/>
          <w:lang w:val="sv-SE"/>
        </w:rPr>
      </w:pPr>
      <w:r w:rsidRPr="398C3F59" w:rsidR="28997DC1">
        <w:rPr>
          <w:lang w:val="sv-SE"/>
        </w:rPr>
        <w:t xml:space="preserve">§ </w:t>
      </w:r>
      <w:r w:rsidRPr="398C3F59" w:rsidR="1D39BA5D">
        <w:rPr>
          <w:lang w:val="sv-SE"/>
        </w:rPr>
        <w:t>1</w:t>
      </w:r>
      <w:r w:rsidRPr="398C3F59" w:rsidR="70540E0A">
        <w:rPr>
          <w:lang w:val="sv-SE"/>
        </w:rPr>
        <w:t>6</w:t>
      </w:r>
      <w:r w:rsidRPr="398C3F59" w:rsidR="28997DC1">
        <w:rPr>
          <w:lang w:val="sv-SE"/>
        </w:rPr>
        <w:t xml:space="preserve"> Marknadsföring</w:t>
      </w:r>
      <w:r w:rsidRPr="398C3F59" w:rsidR="3E64422F">
        <w:rPr>
          <w:lang w:val="sv-SE"/>
        </w:rPr>
        <w:t xml:space="preserve">, är det ngt som saknas för att beställas? Sara har </w:t>
      </w:r>
      <w:r w:rsidRPr="398C3F59" w:rsidR="3E64422F">
        <w:rPr>
          <w:lang w:val="sv-SE"/>
        </w:rPr>
        <w:t>be</w:t>
      </w:r>
      <w:r w:rsidRPr="398C3F59" w:rsidR="0CD9E31E">
        <w:rPr>
          <w:lang w:val="sv-SE"/>
        </w:rPr>
        <w:t>s</w:t>
      </w:r>
      <w:r w:rsidRPr="398C3F59" w:rsidR="212AA4C1">
        <w:rPr>
          <w:lang w:val="sv-SE"/>
        </w:rPr>
        <w:t>t</w:t>
      </w:r>
      <w:r w:rsidRPr="398C3F59" w:rsidR="3E64422F">
        <w:rPr>
          <w:lang w:val="sv-SE"/>
        </w:rPr>
        <w:t>ällt</w:t>
      </w:r>
      <w:r w:rsidRPr="398C3F59" w:rsidR="3E64422F">
        <w:rPr>
          <w:lang w:val="sv-SE"/>
        </w:rPr>
        <w:t xml:space="preserve"> väskor med vår logga, tröjor skickas hem till oss</w:t>
      </w:r>
      <w:r w:rsidRPr="398C3F59" w:rsidR="1B5B50E7">
        <w:rPr>
          <w:lang w:val="sv-SE"/>
        </w:rPr>
        <w:t>.</w:t>
      </w:r>
      <w:r w:rsidRPr="398C3F59" w:rsidR="4CA23FA5">
        <w:rPr>
          <w:lang w:val="sv-SE"/>
        </w:rPr>
        <w:t xml:space="preserve"> </w:t>
      </w:r>
      <w:r w:rsidRPr="398C3F59" w:rsidR="4557A093">
        <w:rPr>
          <w:color w:val="FF0000"/>
          <w:lang w:val="sv-SE"/>
        </w:rPr>
        <w:t xml:space="preserve">Beslut tas att </w:t>
      </w:r>
      <w:r w:rsidRPr="398C3F59" w:rsidR="4557A093">
        <w:rPr>
          <w:color w:val="FF0000"/>
          <w:lang w:val="sv-SE"/>
        </w:rPr>
        <w:t>Aysegül</w:t>
      </w:r>
      <w:r w:rsidRPr="398C3F59" w:rsidR="4557A093">
        <w:rPr>
          <w:color w:val="FF0000"/>
          <w:lang w:val="sv-SE"/>
        </w:rPr>
        <w:t xml:space="preserve"> kollar detta med </w:t>
      </w:r>
      <w:r w:rsidRPr="398C3F59" w:rsidR="4557A093">
        <w:rPr>
          <w:color w:val="FF0000"/>
          <w:lang w:val="sv-SE"/>
        </w:rPr>
        <w:t>Sara.</w:t>
      </w:r>
      <w:r w:rsidRPr="398C3F59" w:rsidR="1B50B09C">
        <w:rPr>
          <w:lang w:val="sv-SE"/>
        </w:rPr>
        <w:t xml:space="preserve"> </w:t>
      </w:r>
      <w:r w:rsidRPr="398C3F59" w:rsidR="780DAEB3">
        <w:rPr>
          <w:lang w:val="sv-SE"/>
        </w:rPr>
        <w:t>Efterfrågan</w:t>
      </w:r>
      <w:r w:rsidRPr="398C3F59" w:rsidR="780DAEB3">
        <w:rPr>
          <w:lang w:val="sv-SE"/>
        </w:rPr>
        <w:t xml:space="preserve"> om info kring UM och FSUM, </w:t>
      </w:r>
      <w:r w:rsidRPr="398C3F59" w:rsidR="780DAEB3">
        <w:rPr>
          <w:lang w:val="sv-SE"/>
        </w:rPr>
        <w:t>ev</w:t>
      </w:r>
      <w:r w:rsidRPr="398C3F59" w:rsidR="780DAEB3">
        <w:rPr>
          <w:lang w:val="sv-SE"/>
        </w:rPr>
        <w:t xml:space="preserve"> framtagning av folder. </w:t>
      </w:r>
      <w:r w:rsidRPr="398C3F59" w:rsidR="3F861140">
        <w:rPr>
          <w:color w:val="FF0000"/>
          <w:lang w:val="sv-SE"/>
        </w:rPr>
        <w:t xml:space="preserve">Beslut tas: </w:t>
      </w:r>
      <w:r w:rsidRPr="398C3F59" w:rsidR="4B77DD32">
        <w:rPr>
          <w:color w:val="FF0000"/>
          <w:lang w:val="sv-SE"/>
        </w:rPr>
        <w:t xml:space="preserve">att </w:t>
      </w:r>
      <w:r w:rsidRPr="398C3F59" w:rsidR="4B77DD32">
        <w:rPr>
          <w:color w:val="FF0000"/>
          <w:lang w:val="sv-SE"/>
        </w:rPr>
        <w:t>Aysegul</w:t>
      </w:r>
      <w:r w:rsidRPr="398C3F59" w:rsidR="4B77DD32">
        <w:rPr>
          <w:color w:val="FF0000"/>
          <w:lang w:val="sv-SE"/>
        </w:rPr>
        <w:t xml:space="preserve"> inventerar vad som redan är framtaget.</w:t>
      </w:r>
    </w:p>
    <w:p w:rsidRPr="004C37A8" w:rsidR="6E93B163" w:rsidRDefault="6E93B163" w14:paraId="012913AC" w14:textId="22CF502B">
      <w:pPr>
        <w:rPr>
          <w:lang w:val="sv-SE"/>
        </w:rPr>
      </w:pPr>
      <w:r w:rsidRPr="44916ECD" w:rsidR="6E93B163">
        <w:rPr>
          <w:lang w:val="sv-SE"/>
        </w:rPr>
        <w:t xml:space="preserve">§ </w:t>
      </w:r>
      <w:r w:rsidRPr="44916ECD" w:rsidR="52B827F7">
        <w:rPr>
          <w:lang w:val="sv-SE"/>
        </w:rPr>
        <w:t>1</w:t>
      </w:r>
      <w:r w:rsidRPr="44916ECD" w:rsidR="70FED73C">
        <w:rPr>
          <w:lang w:val="sv-SE"/>
        </w:rPr>
        <w:t>7</w:t>
      </w:r>
      <w:r w:rsidRPr="44916ECD" w:rsidR="52B827F7">
        <w:rPr>
          <w:lang w:val="sv-SE"/>
        </w:rPr>
        <w:t xml:space="preserve"> </w:t>
      </w:r>
      <w:r w:rsidRPr="44916ECD" w:rsidR="6E93B163">
        <w:rPr>
          <w:lang w:val="sv-SE"/>
        </w:rPr>
        <w:t>Nästa styrelsemöte</w:t>
      </w:r>
      <w:r w:rsidRPr="44916ECD" w:rsidR="5897EB6A">
        <w:rPr>
          <w:lang w:val="sv-SE"/>
        </w:rPr>
        <w:t xml:space="preserve"> sker digitalt</w:t>
      </w:r>
      <w:r w:rsidRPr="44916ECD" w:rsidR="6E93B163">
        <w:rPr>
          <w:lang w:val="sv-SE"/>
        </w:rPr>
        <w:t>, förslag</w:t>
      </w:r>
      <w:r w:rsidRPr="44916ECD" w:rsidR="14C60C1E">
        <w:rPr>
          <w:lang w:val="sv-SE"/>
        </w:rPr>
        <w:t xml:space="preserve"> fredag 9 oktober ca 9.00-12.00</w:t>
      </w:r>
      <w:r w:rsidRPr="44916ECD" w:rsidR="1E9C927F">
        <w:rPr>
          <w:lang w:val="sv-SE"/>
        </w:rPr>
        <w:t>.</w:t>
      </w:r>
      <w:r w:rsidRPr="44916ECD" w:rsidR="30F72CD0">
        <w:rPr>
          <w:lang w:val="sv-SE"/>
        </w:rPr>
        <w:t xml:space="preserve"> </w:t>
      </w:r>
      <w:r w:rsidRPr="44916ECD" w:rsidR="1AE2B64B">
        <w:rPr>
          <w:lang w:val="sv-SE"/>
        </w:rPr>
        <w:t>Nästkommande</w:t>
      </w:r>
      <w:r w:rsidRPr="44916ECD" w:rsidR="30F72CD0">
        <w:rPr>
          <w:lang w:val="sv-SE"/>
        </w:rPr>
        <w:t xml:space="preserve"> digitala möte planeras </w:t>
      </w:r>
      <w:r w:rsidRPr="44916ECD" w:rsidR="35F4D801">
        <w:rPr>
          <w:lang w:val="sv-SE"/>
        </w:rPr>
        <w:t xml:space="preserve">till </w:t>
      </w:r>
      <w:r w:rsidRPr="44916ECD" w:rsidR="0A1AF1C2">
        <w:rPr>
          <w:lang w:val="sv-SE"/>
        </w:rPr>
        <w:t xml:space="preserve">måndag 18 januari </w:t>
      </w:r>
      <w:r w:rsidRPr="44916ECD" w:rsidR="0A1AF1C2">
        <w:rPr>
          <w:lang w:val="sv-SE"/>
        </w:rPr>
        <w:t>kl</w:t>
      </w:r>
      <w:r w:rsidRPr="44916ECD" w:rsidR="0A1AF1C2">
        <w:rPr>
          <w:lang w:val="sv-SE"/>
        </w:rPr>
        <w:t xml:space="preserve"> </w:t>
      </w:r>
      <w:r w:rsidRPr="44916ECD" w:rsidR="634B11FB">
        <w:rPr>
          <w:lang w:val="sv-SE"/>
        </w:rPr>
        <w:t>9.00-12.00.</w:t>
      </w:r>
    </w:p>
    <w:p w:rsidR="6E93B163" w:rsidRDefault="6E93B163" w14:paraId="653C0592" w14:textId="042A2879">
      <w:r w:rsidRPr="398C3F59" w:rsidR="6E93B163">
        <w:rPr>
          <w:lang w:val="sv-SE"/>
        </w:rPr>
        <w:t xml:space="preserve">§ </w:t>
      </w:r>
      <w:r w:rsidRPr="398C3F59" w:rsidR="23B30B4E">
        <w:rPr>
          <w:lang w:val="sv-SE"/>
        </w:rPr>
        <w:t>1</w:t>
      </w:r>
      <w:r w:rsidRPr="398C3F59" w:rsidR="52B7B0D8">
        <w:rPr>
          <w:lang w:val="sv-SE"/>
        </w:rPr>
        <w:t>8</w:t>
      </w:r>
      <w:r w:rsidRPr="398C3F59" w:rsidR="23B30B4E">
        <w:rPr>
          <w:lang w:val="sv-SE"/>
        </w:rPr>
        <w:t xml:space="preserve"> </w:t>
      </w:r>
      <w:r w:rsidRPr="398C3F59" w:rsidR="6E93B163">
        <w:rPr>
          <w:lang w:val="sv-SE"/>
        </w:rPr>
        <w:t>Nästa fysiska träff i november</w:t>
      </w:r>
      <w:r w:rsidRPr="398C3F59" w:rsidR="74025D8C">
        <w:rPr>
          <w:lang w:val="sv-SE"/>
        </w:rPr>
        <w:t xml:space="preserve"> </w:t>
      </w:r>
      <w:r w:rsidRPr="398C3F59" w:rsidR="74025D8C">
        <w:rPr>
          <w:lang w:val="sv-SE"/>
        </w:rPr>
        <w:t>17-18</w:t>
      </w:r>
      <w:r w:rsidRPr="398C3F59" w:rsidR="74025D8C">
        <w:rPr>
          <w:lang w:val="sv-SE"/>
        </w:rPr>
        <w:t xml:space="preserve">/11 </w:t>
      </w:r>
      <w:r w:rsidRPr="398C3F59" w:rsidR="7F45101D">
        <w:rPr>
          <w:lang w:val="sv-SE"/>
        </w:rPr>
        <w:t xml:space="preserve">,kl 12.00 till </w:t>
      </w:r>
      <w:r w:rsidRPr="398C3F59" w:rsidR="7F45101D">
        <w:rPr>
          <w:lang w:val="sv-SE"/>
        </w:rPr>
        <w:t>12.00.</w:t>
      </w:r>
      <w:r w:rsidRPr="398C3F59" w:rsidR="4BAED586">
        <w:rPr>
          <w:lang w:val="sv-SE"/>
        </w:rPr>
        <w:t xml:space="preserve"> </w:t>
      </w:r>
      <w:r w:rsidRPr="398C3F59" w:rsidR="1CFEDEE5">
        <w:rPr>
          <w:lang w:val="sv-SE"/>
        </w:rPr>
        <w:t xml:space="preserve"> UMO</w:t>
      </w:r>
      <w:r w:rsidRPr="398C3F59" w:rsidR="1CFEDEE5">
        <w:rPr>
          <w:lang w:val="sv-SE"/>
        </w:rPr>
        <w:t xml:space="preserve"> och Danmark deltar.</w:t>
      </w:r>
    </w:p>
    <w:p w:rsidR="42B88EE1" w:rsidRDefault="42B88EE1" w14:paraId="6222DA61" w14:textId="58D77273">
      <w:r w:rsidR="42B88EE1">
        <w:rPr/>
        <w:t xml:space="preserve">§ </w:t>
      </w:r>
      <w:r w:rsidR="0E90E63A">
        <w:rPr/>
        <w:t>20</w:t>
      </w:r>
      <w:r w:rsidR="246ED9C2">
        <w:rPr/>
        <w:t xml:space="preserve"> </w:t>
      </w:r>
      <w:r w:rsidR="4F65F266">
        <w:rPr/>
        <w:t>Ö</w:t>
      </w:r>
      <w:r w:rsidR="42B88EE1">
        <w:rPr/>
        <w:t>vrig</w:t>
      </w:r>
      <w:r w:rsidR="42B88EE1">
        <w:rPr/>
        <w:t xml:space="preserve"> </w:t>
      </w:r>
      <w:r w:rsidR="42B88EE1">
        <w:rPr/>
        <w:t>punkt</w:t>
      </w:r>
      <w:r w:rsidR="42B88EE1">
        <w:rPr/>
        <w:t>?</w:t>
      </w:r>
      <w:r w:rsidR="72F519F1">
        <w:rPr/>
        <w:t xml:space="preserve"> </w:t>
      </w:r>
      <w:r w:rsidR="1A2E3878">
        <w:rPr/>
        <w:t xml:space="preserve"> </w:t>
      </w:r>
      <w:r w:rsidR="1A2E3878">
        <w:rPr/>
        <w:t xml:space="preserve">Aysegül </w:t>
      </w:r>
      <w:r w:rsidR="1A2E3878">
        <w:rPr/>
        <w:t>föreslår</w:t>
      </w:r>
      <w:r w:rsidR="1A2E3878">
        <w:rPr/>
        <w:t xml:space="preserve"> </w:t>
      </w:r>
      <w:r w:rsidR="1A2E3878">
        <w:rPr/>
        <w:t>att</w:t>
      </w:r>
      <w:r w:rsidR="1A2E3878">
        <w:rPr/>
        <w:t xml:space="preserve"> vi </w:t>
      </w:r>
      <w:r w:rsidR="1A2E3878">
        <w:rPr/>
        <w:t>medverkar</w:t>
      </w:r>
      <w:r w:rsidR="1A2E3878">
        <w:rPr/>
        <w:t xml:space="preserve"> </w:t>
      </w:r>
      <w:r w:rsidR="1A2E3878">
        <w:rPr/>
        <w:t>på</w:t>
      </w:r>
      <w:r w:rsidR="1A2E3878">
        <w:rPr/>
        <w:t xml:space="preserve">  </w:t>
      </w:r>
      <w:r w:rsidR="1A2E3878">
        <w:rPr/>
        <w:t>unga</w:t>
      </w:r>
      <w:r w:rsidR="1A2E3878">
        <w:rPr/>
        <w:t xml:space="preserve"> </w:t>
      </w:r>
      <w:r w:rsidR="1A2E3878">
        <w:rPr/>
        <w:t>vuxna</w:t>
      </w:r>
      <w:r w:rsidR="066EE8BD">
        <w:rPr/>
        <w:t xml:space="preserve"> </w:t>
      </w:r>
      <w:r w:rsidR="066EE8BD">
        <w:rPr/>
        <w:t>dagarna</w:t>
      </w:r>
      <w:r w:rsidR="1A2E3878">
        <w:rPr/>
        <w:t xml:space="preserve"> 21-22 januari </w:t>
      </w:r>
      <w:r w:rsidR="1A2E3878">
        <w:rPr/>
        <w:t>i</w:t>
      </w:r>
      <w:r w:rsidR="1A2E3878">
        <w:rPr/>
        <w:t xml:space="preserve"> Stockholm</w:t>
      </w:r>
      <w:r w:rsidR="24740D0A">
        <w:rPr/>
        <w:t xml:space="preserve">, </w:t>
      </w:r>
      <w:r w:rsidR="24740D0A">
        <w:rPr/>
        <w:t>beslut</w:t>
      </w:r>
      <w:r w:rsidR="24740D0A">
        <w:rPr/>
        <w:t xml:space="preserve"> </w:t>
      </w:r>
      <w:r w:rsidR="24740D0A">
        <w:rPr/>
        <w:t>tas</w:t>
      </w:r>
      <w:r w:rsidR="24740D0A">
        <w:rPr/>
        <w:t xml:space="preserve"> på kommande möte.</w:t>
      </w:r>
    </w:p>
    <w:p w:rsidR="24740D0A" w:rsidRDefault="24740D0A" w14:paraId="6FDC10F8" w14:textId="318AFB92">
      <w:r w:rsidR="24740D0A">
        <w:rPr/>
        <w:t xml:space="preserve">Hanna </w:t>
      </w:r>
      <w:r w:rsidR="24740D0A">
        <w:rPr/>
        <w:t>berättar</w:t>
      </w:r>
      <w:r w:rsidR="24740D0A">
        <w:rPr/>
        <w:t xml:space="preserve"> om </w:t>
      </w:r>
      <w:r w:rsidR="24740D0A">
        <w:rPr/>
        <w:t>barnmorskeförbundets</w:t>
      </w:r>
      <w:r w:rsidR="24740D0A">
        <w:rPr/>
        <w:t xml:space="preserve"> </w:t>
      </w:r>
      <w:r w:rsidR="24740D0A">
        <w:rPr/>
        <w:t>arbete</w:t>
      </w:r>
      <w:r w:rsidR="24740D0A">
        <w:rPr/>
        <w:t xml:space="preserve"> med </w:t>
      </w:r>
      <w:r w:rsidR="24740D0A">
        <w:rPr/>
        <w:t>utökad</w:t>
      </w:r>
      <w:r w:rsidR="24740D0A">
        <w:rPr/>
        <w:t xml:space="preserve"> </w:t>
      </w:r>
      <w:r w:rsidR="24740D0A">
        <w:rPr/>
        <w:t>förskrivningsrätt</w:t>
      </w:r>
      <w:r w:rsidR="24740D0A">
        <w:rPr/>
        <w:t xml:space="preserve"> för </w:t>
      </w:r>
      <w:r w:rsidR="24740D0A">
        <w:rPr/>
        <w:t>barnmorskor</w:t>
      </w:r>
      <w:r w:rsidR="24740D0A">
        <w:rPr/>
        <w:t xml:space="preserve">, </w:t>
      </w:r>
      <w:r w:rsidR="24740D0A">
        <w:rPr/>
        <w:t>återkommer</w:t>
      </w:r>
      <w:r w:rsidR="24740D0A">
        <w:rPr/>
        <w:t xml:space="preserve"> då mer info .</w:t>
      </w:r>
    </w:p>
    <w:p w:rsidR="00E40869" w:rsidRDefault="00E40869" w14:paraId="17632F12" w14:textId="77777777"/>
    <w:p w:rsidR="00E40869" w:rsidRDefault="00E40869" w14:paraId="53119231" w14:textId="77777777"/>
    <w:p w:rsidR="00E40869" w:rsidP="60073B12" w:rsidRDefault="00E40869" w14:paraId="152B4D89" w14:textId="42CAE5DE">
      <w:pPr>
        <w:pStyle w:val="Normal"/>
      </w:pPr>
    </w:p>
    <w:sectPr w:rsidR="00E40869" w:rsidSect="00034616">
      <w:headerReference w:type="default" r:id="rId11"/>
      <w:footerReference w:type="default" r:id="rId12"/>
      <w:pgSz w:w="12240" w:h="15840" w:orient="portrait"/>
      <w:pgMar w:top="1587" w:right="1247" w:bottom="124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0443" w:rsidRDefault="00380443" w14:paraId="261DCAD7" w14:textId="77777777">
      <w:pPr>
        <w:spacing w:after="0" w:line="240" w:lineRule="auto"/>
      </w:pPr>
      <w:r>
        <w:separator/>
      </w:r>
    </w:p>
  </w:endnote>
  <w:endnote w:type="continuationSeparator" w:id="0">
    <w:p w:rsidR="00380443" w:rsidRDefault="00380443" w14:paraId="4AA7B3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869" w:rsidRDefault="6559526E" w14:paraId="1D18AA70" w14:textId="77777777">
    <w:pPr>
      <w:pStyle w:val="Sidfot"/>
      <w:jc w:val="right"/>
    </w:pPr>
    <w:r w:rsidRPr="6559526E">
      <w:rPr>
        <w:color w:val="6E6E6E"/>
        <w:sz w:val="16"/>
        <w:szCs w:val="16"/>
      </w:rPr>
      <w:t xml:space="preserve">FSUM – </w:t>
    </w:r>
    <w:proofErr w:type="spellStart"/>
    <w:r w:rsidRPr="6559526E">
      <w:rPr>
        <w:color w:val="6E6E6E"/>
        <w:sz w:val="16"/>
        <w:szCs w:val="16"/>
      </w:rPr>
      <w:t>Föreningen</w:t>
    </w:r>
    <w:proofErr w:type="spellEnd"/>
    <w:r w:rsidRPr="6559526E">
      <w:rPr>
        <w:color w:val="6E6E6E"/>
        <w:sz w:val="16"/>
        <w:szCs w:val="16"/>
      </w:rPr>
      <w:t xml:space="preserve"> för </w:t>
    </w:r>
    <w:proofErr w:type="spellStart"/>
    <w:r w:rsidRPr="6559526E">
      <w:rPr>
        <w:color w:val="6E6E6E"/>
        <w:sz w:val="16"/>
        <w:szCs w:val="16"/>
      </w:rPr>
      <w:t>Sveriges</w:t>
    </w:r>
    <w:proofErr w:type="spellEnd"/>
    <w:r w:rsidRPr="6559526E">
      <w:rPr>
        <w:color w:val="6E6E6E"/>
        <w:sz w:val="16"/>
        <w:szCs w:val="16"/>
      </w:rPr>
      <w:t xml:space="preserve"> </w:t>
    </w:r>
    <w:proofErr w:type="spellStart"/>
    <w:r w:rsidRPr="6559526E">
      <w:rPr>
        <w:color w:val="6E6E6E"/>
        <w:sz w:val="16"/>
        <w:szCs w:val="16"/>
      </w:rPr>
      <w:t>ungdomsmottagningar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0443" w:rsidRDefault="00380443" w14:paraId="3149377A" w14:textId="77777777">
      <w:pPr>
        <w:spacing w:after="0" w:line="240" w:lineRule="auto"/>
      </w:pPr>
      <w:r>
        <w:separator/>
      </w:r>
    </w:p>
  </w:footnote>
  <w:footnote w:type="continuationSeparator" w:id="0">
    <w:p w:rsidR="00380443" w:rsidRDefault="00380443" w14:paraId="5C0CF08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40869" w:rsidP="6559526E" w:rsidRDefault="6559526E" w14:paraId="36F78828" w14:textId="77777777">
    <w:pPr>
      <w:pStyle w:val="Sidhuvud"/>
      <w:pBdr>
        <w:bottom w:val="single" w:color="D71920" w:sz="12" w:space="7"/>
      </w:pBdr>
    </w:pPr>
    <w:r>
      <w:rPr>
        <w:noProof/>
      </w:rPr>
      <w:drawing>
        <wp:inline distT="0" distB="0" distL="0" distR="0" wp14:anchorId="4E667AF5" wp14:editId="01C34D92">
          <wp:extent cx="774000" cy="56535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um_logo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" cy="565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ECkNxFl0PjLew" int2:id="z8soeyH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33505690">
    <w:abstractNumId w:val="8"/>
  </w:num>
  <w:num w:numId="2" w16cid:durableId="1762675231">
    <w:abstractNumId w:val="6"/>
  </w:num>
  <w:num w:numId="3" w16cid:durableId="1122335455">
    <w:abstractNumId w:val="5"/>
  </w:num>
  <w:num w:numId="4" w16cid:durableId="628556396">
    <w:abstractNumId w:val="4"/>
  </w:num>
  <w:num w:numId="5" w16cid:durableId="1696274022">
    <w:abstractNumId w:val="7"/>
  </w:num>
  <w:num w:numId="6" w16cid:durableId="1251810524">
    <w:abstractNumId w:val="3"/>
  </w:num>
  <w:num w:numId="7" w16cid:durableId="1563910727">
    <w:abstractNumId w:val="2"/>
  </w:num>
  <w:num w:numId="8" w16cid:durableId="49157568">
    <w:abstractNumId w:val="1"/>
  </w:num>
  <w:num w:numId="9" w16cid:durableId="200828678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3A6"/>
    <w:rsid w:val="0015074B"/>
    <w:rsid w:val="0029639D"/>
    <w:rsid w:val="00326F90"/>
    <w:rsid w:val="00380443"/>
    <w:rsid w:val="003E7F67"/>
    <w:rsid w:val="004C37A8"/>
    <w:rsid w:val="0054049A"/>
    <w:rsid w:val="00666C7D"/>
    <w:rsid w:val="00AA1D8D"/>
    <w:rsid w:val="00B47730"/>
    <w:rsid w:val="00CB0664"/>
    <w:rsid w:val="00E40869"/>
    <w:rsid w:val="00F85AAF"/>
    <w:rsid w:val="00FC693F"/>
    <w:rsid w:val="01024636"/>
    <w:rsid w:val="01D5BBCF"/>
    <w:rsid w:val="01FBDF73"/>
    <w:rsid w:val="02232B48"/>
    <w:rsid w:val="0256DDA9"/>
    <w:rsid w:val="02706546"/>
    <w:rsid w:val="02CED270"/>
    <w:rsid w:val="031FA1F6"/>
    <w:rsid w:val="03F6B30A"/>
    <w:rsid w:val="04597198"/>
    <w:rsid w:val="055C5F59"/>
    <w:rsid w:val="05BA5F20"/>
    <w:rsid w:val="05DE34FD"/>
    <w:rsid w:val="05F8C8B2"/>
    <w:rsid w:val="05FB79E7"/>
    <w:rsid w:val="062CC49D"/>
    <w:rsid w:val="066EE8BD"/>
    <w:rsid w:val="06871313"/>
    <w:rsid w:val="069B7D76"/>
    <w:rsid w:val="06B1B292"/>
    <w:rsid w:val="07106B18"/>
    <w:rsid w:val="07B567D0"/>
    <w:rsid w:val="07C394AA"/>
    <w:rsid w:val="08650315"/>
    <w:rsid w:val="08895C82"/>
    <w:rsid w:val="091CCB19"/>
    <w:rsid w:val="093827BF"/>
    <w:rsid w:val="09C808A1"/>
    <w:rsid w:val="09DF99E8"/>
    <w:rsid w:val="09EE91CE"/>
    <w:rsid w:val="0A1AF1C2"/>
    <w:rsid w:val="0B1DE674"/>
    <w:rsid w:val="0B73F659"/>
    <w:rsid w:val="0BE535B1"/>
    <w:rsid w:val="0C1979D2"/>
    <w:rsid w:val="0C7E6733"/>
    <w:rsid w:val="0CD113FD"/>
    <w:rsid w:val="0CD95F26"/>
    <w:rsid w:val="0CD9E31E"/>
    <w:rsid w:val="0D01AD11"/>
    <w:rsid w:val="0DB9637C"/>
    <w:rsid w:val="0E90E63A"/>
    <w:rsid w:val="0E94F1BC"/>
    <w:rsid w:val="0F72D99B"/>
    <w:rsid w:val="102E65F3"/>
    <w:rsid w:val="103AC71C"/>
    <w:rsid w:val="103F0B6C"/>
    <w:rsid w:val="10748686"/>
    <w:rsid w:val="10F72DF6"/>
    <w:rsid w:val="11518F1B"/>
    <w:rsid w:val="11601386"/>
    <w:rsid w:val="11718675"/>
    <w:rsid w:val="117E0CDD"/>
    <w:rsid w:val="11C4A48F"/>
    <w:rsid w:val="12A51043"/>
    <w:rsid w:val="12AA2ABF"/>
    <w:rsid w:val="12D6956B"/>
    <w:rsid w:val="12DBE2A3"/>
    <w:rsid w:val="1341658E"/>
    <w:rsid w:val="13FF4B4B"/>
    <w:rsid w:val="14C60C1E"/>
    <w:rsid w:val="15289A7A"/>
    <w:rsid w:val="153D5DC1"/>
    <w:rsid w:val="15BAA3F3"/>
    <w:rsid w:val="1622B607"/>
    <w:rsid w:val="16535AF0"/>
    <w:rsid w:val="1709ED46"/>
    <w:rsid w:val="17358F9C"/>
    <w:rsid w:val="178DF217"/>
    <w:rsid w:val="17B9F6C5"/>
    <w:rsid w:val="18578E1C"/>
    <w:rsid w:val="18CD2700"/>
    <w:rsid w:val="18D2D4FF"/>
    <w:rsid w:val="19311F7C"/>
    <w:rsid w:val="194EDAE8"/>
    <w:rsid w:val="1969EAD7"/>
    <w:rsid w:val="1A2E3878"/>
    <w:rsid w:val="1A8017FC"/>
    <w:rsid w:val="1AB2D5D9"/>
    <w:rsid w:val="1AE2B64B"/>
    <w:rsid w:val="1B50B09C"/>
    <w:rsid w:val="1B5B50E7"/>
    <w:rsid w:val="1B8DC20A"/>
    <w:rsid w:val="1B922134"/>
    <w:rsid w:val="1B9C52CC"/>
    <w:rsid w:val="1BE32EA6"/>
    <w:rsid w:val="1C38D4E4"/>
    <w:rsid w:val="1CA1449A"/>
    <w:rsid w:val="1CDF51ED"/>
    <w:rsid w:val="1CFEDEE5"/>
    <w:rsid w:val="1D39BA5D"/>
    <w:rsid w:val="1E036C83"/>
    <w:rsid w:val="1E9C927F"/>
    <w:rsid w:val="1EA1FD08"/>
    <w:rsid w:val="1EB674C4"/>
    <w:rsid w:val="1EC7F85B"/>
    <w:rsid w:val="1ECBA7C0"/>
    <w:rsid w:val="1F181A1A"/>
    <w:rsid w:val="1FA507A7"/>
    <w:rsid w:val="20BDDEB7"/>
    <w:rsid w:val="212AA4C1"/>
    <w:rsid w:val="2183A422"/>
    <w:rsid w:val="22305368"/>
    <w:rsid w:val="22C0C321"/>
    <w:rsid w:val="231D4223"/>
    <w:rsid w:val="232D3889"/>
    <w:rsid w:val="23B30B4E"/>
    <w:rsid w:val="23DEAE53"/>
    <w:rsid w:val="241807EA"/>
    <w:rsid w:val="246ED9C2"/>
    <w:rsid w:val="24740D0A"/>
    <w:rsid w:val="249AC973"/>
    <w:rsid w:val="2555B4AE"/>
    <w:rsid w:val="25859EDF"/>
    <w:rsid w:val="25F1B467"/>
    <w:rsid w:val="26B8A0BF"/>
    <w:rsid w:val="26ECD577"/>
    <w:rsid w:val="2714B8E4"/>
    <w:rsid w:val="27BDBAC1"/>
    <w:rsid w:val="28997DC1"/>
    <w:rsid w:val="28A54571"/>
    <w:rsid w:val="28F89553"/>
    <w:rsid w:val="2923560C"/>
    <w:rsid w:val="2927A529"/>
    <w:rsid w:val="299F270B"/>
    <w:rsid w:val="2A022F25"/>
    <w:rsid w:val="2A0A5DB6"/>
    <w:rsid w:val="2A8A4845"/>
    <w:rsid w:val="2BB7F389"/>
    <w:rsid w:val="2BF358F0"/>
    <w:rsid w:val="2D5D0D25"/>
    <w:rsid w:val="2D726057"/>
    <w:rsid w:val="2DCBC12C"/>
    <w:rsid w:val="2E1D5962"/>
    <w:rsid w:val="2E7C2DF4"/>
    <w:rsid w:val="2E8108FD"/>
    <w:rsid w:val="2EE4201F"/>
    <w:rsid w:val="2F682219"/>
    <w:rsid w:val="2F6AA742"/>
    <w:rsid w:val="2F81D1FB"/>
    <w:rsid w:val="2F82C7B2"/>
    <w:rsid w:val="2FF0A844"/>
    <w:rsid w:val="301432AB"/>
    <w:rsid w:val="3060FF03"/>
    <w:rsid w:val="30E08C32"/>
    <w:rsid w:val="30F72CD0"/>
    <w:rsid w:val="31351B9F"/>
    <w:rsid w:val="316705D7"/>
    <w:rsid w:val="322E3EDB"/>
    <w:rsid w:val="32803864"/>
    <w:rsid w:val="32FF3A2B"/>
    <w:rsid w:val="3367B7A1"/>
    <w:rsid w:val="33EF6CF0"/>
    <w:rsid w:val="34A44B6A"/>
    <w:rsid w:val="34F9039F"/>
    <w:rsid w:val="3529E5C1"/>
    <w:rsid w:val="352F920C"/>
    <w:rsid w:val="35F4D801"/>
    <w:rsid w:val="36AE529D"/>
    <w:rsid w:val="37334660"/>
    <w:rsid w:val="373CEA44"/>
    <w:rsid w:val="374618AE"/>
    <w:rsid w:val="37A34E6D"/>
    <w:rsid w:val="37CA3BBB"/>
    <w:rsid w:val="380BA4D1"/>
    <w:rsid w:val="380E12CC"/>
    <w:rsid w:val="381DD8B5"/>
    <w:rsid w:val="384A487A"/>
    <w:rsid w:val="38578A6F"/>
    <w:rsid w:val="38807AF0"/>
    <w:rsid w:val="389DF8D3"/>
    <w:rsid w:val="3929C886"/>
    <w:rsid w:val="398C3F59"/>
    <w:rsid w:val="3A4A932C"/>
    <w:rsid w:val="3C046FE4"/>
    <w:rsid w:val="3D005A89"/>
    <w:rsid w:val="3D137DB1"/>
    <w:rsid w:val="3D472C38"/>
    <w:rsid w:val="3D621FE9"/>
    <w:rsid w:val="3E64422F"/>
    <w:rsid w:val="3E9CCF58"/>
    <w:rsid w:val="3EC94D46"/>
    <w:rsid w:val="3F64C2B4"/>
    <w:rsid w:val="3F861140"/>
    <w:rsid w:val="3FCC926C"/>
    <w:rsid w:val="3FF628FE"/>
    <w:rsid w:val="40213554"/>
    <w:rsid w:val="40BBB9E2"/>
    <w:rsid w:val="410D07DA"/>
    <w:rsid w:val="420D6E26"/>
    <w:rsid w:val="4220E34B"/>
    <w:rsid w:val="42837C59"/>
    <w:rsid w:val="42B88EE1"/>
    <w:rsid w:val="42FA066E"/>
    <w:rsid w:val="4308762A"/>
    <w:rsid w:val="430C29DC"/>
    <w:rsid w:val="43136B8C"/>
    <w:rsid w:val="433E0333"/>
    <w:rsid w:val="4364B13D"/>
    <w:rsid w:val="4370FCF2"/>
    <w:rsid w:val="438FE950"/>
    <w:rsid w:val="43BF2C4D"/>
    <w:rsid w:val="4437DD2A"/>
    <w:rsid w:val="4467266C"/>
    <w:rsid w:val="446930B9"/>
    <w:rsid w:val="44916ECD"/>
    <w:rsid w:val="44D1FCD2"/>
    <w:rsid w:val="450533E8"/>
    <w:rsid w:val="45118D47"/>
    <w:rsid w:val="4557A093"/>
    <w:rsid w:val="45E0525C"/>
    <w:rsid w:val="4634E8B1"/>
    <w:rsid w:val="470BC4AC"/>
    <w:rsid w:val="476FC750"/>
    <w:rsid w:val="47F2D333"/>
    <w:rsid w:val="48613DEC"/>
    <w:rsid w:val="48EC946F"/>
    <w:rsid w:val="49283DE0"/>
    <w:rsid w:val="49A0AFF5"/>
    <w:rsid w:val="49DF921E"/>
    <w:rsid w:val="4A2FF62B"/>
    <w:rsid w:val="4AC0E814"/>
    <w:rsid w:val="4B6F4DFA"/>
    <w:rsid w:val="4B77DD32"/>
    <w:rsid w:val="4BAED586"/>
    <w:rsid w:val="4BB85BD8"/>
    <w:rsid w:val="4BBD21D0"/>
    <w:rsid w:val="4BC04CD4"/>
    <w:rsid w:val="4BECE603"/>
    <w:rsid w:val="4C8A419F"/>
    <w:rsid w:val="4CA23FA5"/>
    <w:rsid w:val="4CEC4472"/>
    <w:rsid w:val="4CF6AB32"/>
    <w:rsid w:val="4D862789"/>
    <w:rsid w:val="4DE44D9F"/>
    <w:rsid w:val="4E103183"/>
    <w:rsid w:val="4E242D90"/>
    <w:rsid w:val="4E411C84"/>
    <w:rsid w:val="4E73671E"/>
    <w:rsid w:val="4E8C6C15"/>
    <w:rsid w:val="4F37AAA7"/>
    <w:rsid w:val="4F518B24"/>
    <w:rsid w:val="4F65F266"/>
    <w:rsid w:val="504355A9"/>
    <w:rsid w:val="50E0A5ED"/>
    <w:rsid w:val="50E31702"/>
    <w:rsid w:val="50F3C66D"/>
    <w:rsid w:val="51499419"/>
    <w:rsid w:val="514F682D"/>
    <w:rsid w:val="51958D10"/>
    <w:rsid w:val="5289325C"/>
    <w:rsid w:val="529684CF"/>
    <w:rsid w:val="52B7B0D8"/>
    <w:rsid w:val="52B827F7"/>
    <w:rsid w:val="532D94F9"/>
    <w:rsid w:val="53F25D11"/>
    <w:rsid w:val="53F3B7B3"/>
    <w:rsid w:val="542D2172"/>
    <w:rsid w:val="5479C840"/>
    <w:rsid w:val="54A5C33C"/>
    <w:rsid w:val="54F0F196"/>
    <w:rsid w:val="54FA7BF6"/>
    <w:rsid w:val="556CFEA5"/>
    <w:rsid w:val="5582EBA6"/>
    <w:rsid w:val="564B118E"/>
    <w:rsid w:val="566B4121"/>
    <w:rsid w:val="567BA97D"/>
    <w:rsid w:val="567FC8D1"/>
    <w:rsid w:val="570AC0AF"/>
    <w:rsid w:val="5710D772"/>
    <w:rsid w:val="5742D1BB"/>
    <w:rsid w:val="578234AD"/>
    <w:rsid w:val="578AA9AD"/>
    <w:rsid w:val="57BB8695"/>
    <w:rsid w:val="57F1BC29"/>
    <w:rsid w:val="580274AA"/>
    <w:rsid w:val="5880E633"/>
    <w:rsid w:val="5897EB6A"/>
    <w:rsid w:val="58B5797F"/>
    <w:rsid w:val="58D03CEA"/>
    <w:rsid w:val="59592EC7"/>
    <w:rsid w:val="598B5996"/>
    <w:rsid w:val="59EC85C6"/>
    <w:rsid w:val="5A173703"/>
    <w:rsid w:val="5A199731"/>
    <w:rsid w:val="5A36E987"/>
    <w:rsid w:val="5AD98FBF"/>
    <w:rsid w:val="5AE1CCE2"/>
    <w:rsid w:val="5B50B291"/>
    <w:rsid w:val="5B86D5EB"/>
    <w:rsid w:val="5BFBF2CC"/>
    <w:rsid w:val="5C46F0B4"/>
    <w:rsid w:val="5CB44ECD"/>
    <w:rsid w:val="5CCA9598"/>
    <w:rsid w:val="5CE818CF"/>
    <w:rsid w:val="5D2801F6"/>
    <w:rsid w:val="5E053564"/>
    <w:rsid w:val="5E15B6DF"/>
    <w:rsid w:val="5E31552A"/>
    <w:rsid w:val="5E5E4F3A"/>
    <w:rsid w:val="5EA4D3BE"/>
    <w:rsid w:val="5EB984CB"/>
    <w:rsid w:val="5F6803BD"/>
    <w:rsid w:val="5FF08198"/>
    <w:rsid w:val="60058F90"/>
    <w:rsid w:val="60073B12"/>
    <w:rsid w:val="605A8DF8"/>
    <w:rsid w:val="612141BB"/>
    <w:rsid w:val="615D912D"/>
    <w:rsid w:val="61A592C3"/>
    <w:rsid w:val="620C3A4F"/>
    <w:rsid w:val="634B11FB"/>
    <w:rsid w:val="63636E3C"/>
    <w:rsid w:val="63A54307"/>
    <w:rsid w:val="63A5CE2E"/>
    <w:rsid w:val="64185895"/>
    <w:rsid w:val="649495C2"/>
    <w:rsid w:val="64FBD45E"/>
    <w:rsid w:val="652E5DAB"/>
    <w:rsid w:val="6545CD25"/>
    <w:rsid w:val="6559526E"/>
    <w:rsid w:val="656A946D"/>
    <w:rsid w:val="657B78D0"/>
    <w:rsid w:val="659D7AC5"/>
    <w:rsid w:val="65AAEC1A"/>
    <w:rsid w:val="65B6982C"/>
    <w:rsid w:val="65DB00B4"/>
    <w:rsid w:val="661D0F25"/>
    <w:rsid w:val="675E84A9"/>
    <w:rsid w:val="675E8FC2"/>
    <w:rsid w:val="677279A3"/>
    <w:rsid w:val="67961A92"/>
    <w:rsid w:val="67F643B2"/>
    <w:rsid w:val="685DFBD9"/>
    <w:rsid w:val="68BEE4B5"/>
    <w:rsid w:val="68F0DABC"/>
    <w:rsid w:val="691908B2"/>
    <w:rsid w:val="698C9958"/>
    <w:rsid w:val="69F513B2"/>
    <w:rsid w:val="6A53E686"/>
    <w:rsid w:val="6AB682A5"/>
    <w:rsid w:val="6ABB7999"/>
    <w:rsid w:val="6ADA6761"/>
    <w:rsid w:val="6B1C6EB5"/>
    <w:rsid w:val="6B958A4E"/>
    <w:rsid w:val="6B9F3C1D"/>
    <w:rsid w:val="6C097DAA"/>
    <w:rsid w:val="6C20535F"/>
    <w:rsid w:val="6C766890"/>
    <w:rsid w:val="6CF64026"/>
    <w:rsid w:val="6DFFD3AC"/>
    <w:rsid w:val="6E0F8F1C"/>
    <w:rsid w:val="6E1B4816"/>
    <w:rsid w:val="6E61EF7D"/>
    <w:rsid w:val="6E6C6A37"/>
    <w:rsid w:val="6E93B163"/>
    <w:rsid w:val="6EE32307"/>
    <w:rsid w:val="6F25F9DC"/>
    <w:rsid w:val="6FA0092D"/>
    <w:rsid w:val="70540E0A"/>
    <w:rsid w:val="7068E0FC"/>
    <w:rsid w:val="70B1C28E"/>
    <w:rsid w:val="70FED73C"/>
    <w:rsid w:val="7104BD5F"/>
    <w:rsid w:val="7187BB55"/>
    <w:rsid w:val="71A3A5F7"/>
    <w:rsid w:val="72A00B93"/>
    <w:rsid w:val="72BD81D0"/>
    <w:rsid w:val="72D33B27"/>
    <w:rsid w:val="72F519F1"/>
    <w:rsid w:val="7355074C"/>
    <w:rsid w:val="737A63C7"/>
    <w:rsid w:val="74025D8C"/>
    <w:rsid w:val="74181335"/>
    <w:rsid w:val="74D78AB5"/>
    <w:rsid w:val="74EBA3F2"/>
    <w:rsid w:val="7528784F"/>
    <w:rsid w:val="7608A131"/>
    <w:rsid w:val="7646B200"/>
    <w:rsid w:val="76A266DC"/>
    <w:rsid w:val="77038DD1"/>
    <w:rsid w:val="772162D3"/>
    <w:rsid w:val="7723BF34"/>
    <w:rsid w:val="780DAEB3"/>
    <w:rsid w:val="78164E3F"/>
    <w:rsid w:val="78962709"/>
    <w:rsid w:val="7896F739"/>
    <w:rsid w:val="79313682"/>
    <w:rsid w:val="79A30403"/>
    <w:rsid w:val="79C460E2"/>
    <w:rsid w:val="79F1B84C"/>
    <w:rsid w:val="7A73CDE9"/>
    <w:rsid w:val="7B19E70A"/>
    <w:rsid w:val="7B1C8DDA"/>
    <w:rsid w:val="7B988166"/>
    <w:rsid w:val="7BCEBC2A"/>
    <w:rsid w:val="7BDE6DF4"/>
    <w:rsid w:val="7C7B1798"/>
    <w:rsid w:val="7CB79125"/>
    <w:rsid w:val="7CC333E1"/>
    <w:rsid w:val="7CEA2299"/>
    <w:rsid w:val="7D87A9DE"/>
    <w:rsid w:val="7DF4EAC2"/>
    <w:rsid w:val="7EABED26"/>
    <w:rsid w:val="7EC26906"/>
    <w:rsid w:val="7ED02060"/>
    <w:rsid w:val="7F1AD0BB"/>
    <w:rsid w:val="7F45101D"/>
    <w:rsid w:val="7F9C15BF"/>
    <w:rsid w:val="7FF6E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454DA"/>
  <w14:defaultImageDpi w14:val="300"/>
  <w15:docId w15:val="{2D156B51-6355-4E6D-ADB9-FE6E79EBFD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/>
      <w:color w:val="1E2832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styleId="Rubrik1Char" w:customStyle="1">
    <w:name w:val="Rubrik 1 Char"/>
    <w:basedOn w:val="Standardstycketeckensnitt"/>
    <w:link w:val="Rubri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Rubrik2Char" w:customStyle="1">
    <w:name w:val="Rubrik 2 Char"/>
    <w:basedOn w:val="Standardstycketeckensnitt"/>
    <w:link w:val="Rubri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RubrikChar" w:customStyle="1">
    <w:name w:val="Rubrik Char"/>
    <w:basedOn w:val="Standardstycketeckensnitt"/>
    <w:link w:val="Rubrik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styleId="BrdtextChar" w:customStyle="1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styleId="Brdtext2Char" w:customStyle="1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rdtext3Char" w:customStyle="1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textChar" w:customStyle="1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styleId="CitatChar" w:customStyle="1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20877F8509AA4E84610C5F4A013B25" ma:contentTypeVersion="10" ma:contentTypeDescription="Skapa ett nytt dokument." ma:contentTypeScope="" ma:versionID="5afd3175792651af3869f90597e600c1">
  <xsd:schema xmlns:xsd="http://www.w3.org/2001/XMLSchema" xmlns:xs="http://www.w3.org/2001/XMLSchema" xmlns:p="http://schemas.microsoft.com/office/2006/metadata/properties" xmlns:ns2="92bb8b55-f5d5-43a2-8e5a-0c8ca26f085d" xmlns:ns3="968cbb6e-7d6d-4bc1-bc21-4785a51df316" targetNamespace="http://schemas.microsoft.com/office/2006/metadata/properties" ma:root="true" ma:fieldsID="016c2362f67b225af6bef16e08fcdef0" ns2:_="" ns3:_="">
    <xsd:import namespace="92bb8b55-f5d5-43a2-8e5a-0c8ca26f085d"/>
    <xsd:import namespace="968cbb6e-7d6d-4bc1-bc21-4785a51df3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b8b55-f5d5-43a2-8e5a-0c8ca26f0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beadfba5-7bfc-46e2-a73c-3e7b51a0b0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cbb6e-7d6d-4bc1-bc21-4785a51df3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01c5e2-e3b1-4a63-a49b-45a76d8a3801}" ma:internalName="TaxCatchAll" ma:showField="CatchAllData" ma:web="968cbb6e-7d6d-4bc1-bc21-4785a51df3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cbb6e-7d6d-4bc1-bc21-4785a51df316" xsi:nil="true"/>
    <lcf76f155ced4ddcb4097134ff3c332f xmlns="92bb8b55-f5d5-43a2-8e5a-0c8ca26f08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CFB792-03B8-4865-88C0-F08DD14B7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FE363-01F4-4CCE-933A-4F102DF1C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b8b55-f5d5-43a2-8e5a-0c8ca26f085d"/>
    <ds:schemaRef ds:uri="968cbb6e-7d6d-4bc1-bc21-4785a51df3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8CDA19-F763-4F49-8317-24AE13BC34E9}">
  <ds:schemaRefs>
    <ds:schemaRef ds:uri="http://schemas.microsoft.com/office/2006/metadata/properties"/>
    <ds:schemaRef ds:uri="http://schemas.microsoft.com/office/infopath/2007/PartnerControls"/>
    <ds:schemaRef ds:uri="968cbb6e-7d6d-4bc1-bc21-4785a51df316"/>
    <ds:schemaRef ds:uri="92bb8b55-f5d5-43a2-8e5a-0c8ca26f085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Elina Sundberg</lastModifiedBy>
  <revision>8</revision>
  <dcterms:created xsi:type="dcterms:W3CDTF">2026-08-25T17:56:00.0000000Z</dcterms:created>
  <dcterms:modified xsi:type="dcterms:W3CDTF">2026-09-07T14:32:57.3569599Z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0x010100CB20877F8509AA4E84610C5F4A013B25</vt:lpwstr>
  </property>
  <property fmtid="{D5CDD505-2E9C-101B-9397-08002B2CF9AE}" pid="3" name="MediaServiceImageTags">
    <vt:lpwstr/>
  </property>
</Properties>
</file>